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2BCAA" w14:textId="77777777" w:rsidR="00FC2403" w:rsidRPr="001C764E" w:rsidRDefault="001569A0">
      <w:pPr>
        <w:jc w:val="center"/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b/>
          <w:sz w:val="24"/>
          <w:szCs w:val="24"/>
        </w:rPr>
        <w:t>UNIVERSIDAD DE ORIENTE</w:t>
      </w:r>
    </w:p>
    <w:p w14:paraId="552CA67D" w14:textId="77777777" w:rsidR="00FC2403" w:rsidRPr="001C764E" w:rsidRDefault="001569A0">
      <w:pPr>
        <w:jc w:val="center"/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b/>
          <w:sz w:val="24"/>
          <w:szCs w:val="24"/>
        </w:rPr>
        <w:t>VINCULACIÓN Y EXTENSIÓN</w:t>
      </w:r>
    </w:p>
    <w:p w14:paraId="2CFBF65B" w14:textId="77777777" w:rsidR="00FC2403" w:rsidRPr="001C764E" w:rsidRDefault="001569A0">
      <w:pPr>
        <w:jc w:val="center"/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b/>
          <w:sz w:val="24"/>
          <w:szCs w:val="24"/>
        </w:rPr>
        <w:t>INFORME FINAL DE SERVICIO SOCIAL</w:t>
      </w:r>
    </w:p>
    <w:p w14:paraId="5926DEF1" w14:textId="77777777" w:rsidR="00FC2403" w:rsidRPr="001C764E" w:rsidRDefault="001569A0">
      <w:pPr>
        <w:jc w:val="center"/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i/>
          <w:sz w:val="24"/>
          <w:szCs w:val="24"/>
        </w:rPr>
        <w:t>Formato orientativo para documentar actividades, resultados, aprendizajes y evidencias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FC2403" w:rsidRPr="001C764E" w14:paraId="17668F8F" w14:textId="77777777" w:rsidTr="001C764E">
        <w:trPr>
          <w:jc w:val="center"/>
        </w:trPr>
        <w:tc>
          <w:tcPr>
            <w:tcW w:w="10224" w:type="dxa"/>
            <w:shd w:val="clear" w:color="auto" w:fill="D9D9D9" w:themeFill="background1" w:themeFillShade="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3B43E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i/>
                <w:sz w:val="24"/>
                <w:szCs w:val="24"/>
              </w:rPr>
              <w:t>ENFOQUE DEL FORMATO: El Informe Final responde a una pregunta sencilla: ¿qué hice realmente durante mi Servicio Social y qué aprendí de esa experiencia? Documenta la experiencia realizada, sus resultados o aportaciones y los aprendizajes obtenidos. No es un protocolo de investigación.</w:t>
            </w:r>
          </w:p>
        </w:tc>
      </w:tr>
    </w:tbl>
    <w:p w14:paraId="549E1D0A" w14:textId="77777777" w:rsidR="00FC2403" w:rsidRPr="001C764E" w:rsidRDefault="00FC2403">
      <w:pPr>
        <w:rPr>
          <w:rFonts w:ascii="Times New Roman" w:hAnsi="Times New Roman" w:cs="Times New Roman"/>
          <w:sz w:val="24"/>
          <w:szCs w:val="24"/>
        </w:rPr>
      </w:pPr>
    </w:p>
    <w:p w14:paraId="50CCFC65" w14:textId="77777777" w:rsidR="00FC2403" w:rsidRPr="001C764E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1C764E">
        <w:rPr>
          <w:rFonts w:ascii="Times New Roman" w:hAnsi="Times New Roman" w:cs="Times New Roman"/>
          <w:color w:val="auto"/>
          <w:sz w:val="24"/>
          <w:szCs w:val="24"/>
        </w:rPr>
        <w:t>I. Datos generales</w:t>
      </w:r>
    </w:p>
    <w:p w14:paraId="62FBA0E1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C764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1C764E">
        <w:rPr>
          <w:rFonts w:ascii="Times New Roman" w:hAnsi="Times New Roman" w:cs="Times New Roman"/>
          <w:sz w:val="24"/>
          <w:szCs w:val="24"/>
          <w:highlight w:val="yellow"/>
        </w:rPr>
        <w:t>Recupera los datos básicos del Servicio Social. Puedes tomar esta información del Anteproyecto y actualizarla si hubo algún cambio autorizado.</w:t>
      </w:r>
    </w:p>
    <w:p w14:paraId="6A57D10C" w14:textId="2C9CFF88" w:rsidR="00FC2403" w:rsidRDefault="001569A0">
      <w:pPr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1C764E">
        <w:rPr>
          <w:rFonts w:ascii="Times New Roman" w:hAnsi="Times New Roman" w:cs="Times New Roman"/>
          <w:sz w:val="24"/>
          <w:szCs w:val="24"/>
          <w:highlight w:val="yellow"/>
        </w:rPr>
        <w:t>Nombre: María López Pérez | Licenciatura: Gastronomía | Institución receptora: Ayuntamiento de Valladolid | Área: Dirección de Desarrollo Social.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82"/>
        <w:gridCol w:w="5182"/>
      </w:tblGrid>
      <w:tr w:rsidR="00965144" w14:paraId="5E23CB70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52BDD492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completo</w:t>
            </w:r>
          </w:p>
          <w:p w14:paraId="1679A76F" w14:textId="5BAE8F57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5419000D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44" w14:paraId="4DE8075F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6861BF1D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Matrícula</w:t>
            </w:r>
          </w:p>
          <w:p w14:paraId="1E4063ED" w14:textId="5790C851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27464594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44" w14:paraId="441FBFFE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2023378C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Licenciatura</w:t>
            </w:r>
          </w:p>
          <w:p w14:paraId="596FA1B9" w14:textId="08EDA6C3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2A9C2AB9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44" w14:paraId="135DBBDC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3ACCD585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Cuatrimestre</w:t>
            </w:r>
          </w:p>
          <w:p w14:paraId="11154360" w14:textId="0216ABE3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77C67404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44" w14:paraId="43C414E8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1EEE782E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Institución receptora</w:t>
            </w:r>
          </w:p>
          <w:p w14:paraId="0DFCAAE3" w14:textId="5F280FAE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31347047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44" w14:paraId="60CF4CDA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3B2BC0E0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Área</w:t>
            </w:r>
          </w:p>
          <w:p w14:paraId="5462DC33" w14:textId="3D853AC1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6FA67B26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44" w14:paraId="30063DE1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6004D920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Periodo de Servicio Social</w:t>
            </w:r>
          </w:p>
          <w:p w14:paraId="0BC41E57" w14:textId="18932526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7DCCAC98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44" w14:paraId="47342798" w14:textId="77777777" w:rsidTr="00064C6F">
        <w:tc>
          <w:tcPr>
            <w:tcW w:w="5182" w:type="dxa"/>
            <w:shd w:val="clear" w:color="auto" w:fill="D9D9D9" w:themeFill="background1" w:themeFillShade="D9"/>
          </w:tcPr>
          <w:p w14:paraId="71FFAB3F" w14:textId="77777777" w:rsidR="00965144" w:rsidRDefault="00064C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de horas realizadas</w:t>
            </w:r>
          </w:p>
          <w:p w14:paraId="7A80A18C" w14:textId="350A94EA" w:rsidR="00064C6F" w:rsidRDefault="0006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2" w:type="dxa"/>
          </w:tcPr>
          <w:p w14:paraId="33C27CA2" w14:textId="77777777" w:rsidR="00965144" w:rsidRDefault="0096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8DEB9F" w14:textId="77777777" w:rsidR="00FC2403" w:rsidRPr="001C764E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1C764E">
        <w:rPr>
          <w:rFonts w:ascii="Times New Roman" w:hAnsi="Times New Roman" w:cs="Times New Roman"/>
          <w:color w:val="auto"/>
          <w:sz w:val="24"/>
          <w:szCs w:val="24"/>
        </w:rPr>
        <w:t>II. Descripción de la institución receptora</w:t>
      </w:r>
    </w:p>
    <w:p w14:paraId="7D950FE5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C764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1C764E">
        <w:rPr>
          <w:rFonts w:ascii="Times New Roman" w:hAnsi="Times New Roman" w:cs="Times New Roman"/>
          <w:sz w:val="24"/>
          <w:szCs w:val="24"/>
          <w:highlight w:val="yellow"/>
        </w:rPr>
        <w:t>Describe brevemente a qué se dedica la institución y en qué área participaste. Enfócate en lo necesario para comprender tu experiencia.</w:t>
      </w:r>
    </w:p>
    <w:p w14:paraId="5A8FBBED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C764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1C764E">
        <w:rPr>
          <w:rFonts w:ascii="Times New Roman" w:hAnsi="Times New Roman" w:cs="Times New Roman"/>
          <w:sz w:val="24"/>
          <w:szCs w:val="24"/>
          <w:highlight w:val="yellow"/>
        </w:rPr>
        <w:t>El Ayuntamiento de Valladolid es una institución pública municipal que desarrolla servicios y programas para la población. Realicé mi Servicio Social en la Dirección de Desarrollo Social, donde participé en actividades de atención y gestión administrativa.</w:t>
      </w:r>
    </w:p>
    <w:p w14:paraId="57295720" w14:textId="77777777" w:rsidR="00FC2403" w:rsidRPr="00D52925" w:rsidRDefault="001569A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2925">
        <w:rPr>
          <w:rFonts w:ascii="Times New Roman" w:hAnsi="Times New Roman" w:cs="Times New Roman"/>
          <w:b/>
          <w:bCs/>
          <w:i/>
          <w:sz w:val="24"/>
          <w:szCs w:val="24"/>
          <w:highlight w:val="yellow"/>
          <w:u w:val="single"/>
        </w:rPr>
        <w:t>Extensión sugerida: máximo una cuartilla.</w:t>
      </w:r>
    </w:p>
    <w:p w14:paraId="076581A4" w14:textId="77777777" w:rsidR="00FC2403" w:rsidRPr="00D52925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D52925">
        <w:rPr>
          <w:rFonts w:ascii="Times New Roman" w:hAnsi="Times New Roman" w:cs="Times New Roman"/>
          <w:color w:val="auto"/>
          <w:sz w:val="24"/>
          <w:szCs w:val="24"/>
        </w:rPr>
        <w:lastRenderedPageBreak/>
        <w:t>III. Actividades realizadas</w:t>
      </w:r>
    </w:p>
    <w:p w14:paraId="5C2B3429" w14:textId="77777777" w:rsidR="00FC2403" w:rsidRPr="00D52925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D5292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D52925">
        <w:rPr>
          <w:rFonts w:ascii="Times New Roman" w:hAnsi="Times New Roman" w:cs="Times New Roman"/>
          <w:sz w:val="24"/>
          <w:szCs w:val="24"/>
          <w:highlight w:val="yellow"/>
        </w:rPr>
        <w:t>Describe las actividades que efectivamente realizaste. Esta sección debe reflejar tu experiencia real y puede ser diferente de la planeación inicial.</w:t>
      </w:r>
    </w:p>
    <w:p w14:paraId="007D02F5" w14:textId="1E7957A4" w:rsidR="00FC2403" w:rsidRDefault="001569A0">
      <w:pPr>
        <w:rPr>
          <w:rFonts w:ascii="Times New Roman" w:hAnsi="Times New Roman" w:cs="Times New Roman"/>
          <w:sz w:val="24"/>
          <w:szCs w:val="24"/>
        </w:rPr>
      </w:pPr>
      <w:r w:rsidRPr="00D5292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D52925">
        <w:rPr>
          <w:rFonts w:ascii="Times New Roman" w:hAnsi="Times New Roman" w:cs="Times New Roman"/>
          <w:sz w:val="24"/>
          <w:szCs w:val="24"/>
          <w:highlight w:val="yellow"/>
        </w:rPr>
        <w:t>Organicé expedientes, apoyé en la captura de información, atendí solicitudes de usuarios y colaboré en la preparación de documentación para actividades institucionales.</w:t>
      </w:r>
    </w:p>
    <w:p w14:paraId="3023E92C" w14:textId="35C0C49E" w:rsidR="00D52925" w:rsidRPr="00D52925" w:rsidRDefault="00D5292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2925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NOTA: Este cuadro es de carácter orientativo. Puedes eliminarlo.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FC2403" w:rsidRPr="001C764E" w14:paraId="6FA707EF" w14:textId="77777777" w:rsidTr="00D52925">
        <w:trPr>
          <w:jc w:val="center"/>
        </w:trPr>
        <w:tc>
          <w:tcPr>
            <w:tcW w:w="2045" w:type="dxa"/>
            <w:shd w:val="clear" w:color="auto" w:fill="D9D9D9" w:themeFill="background1" w:themeFillShade="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7205C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045" w:type="dxa"/>
            <w:shd w:val="clear" w:color="auto" w:fill="D9D9D9" w:themeFill="background1" w:themeFillShade="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13B77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Actividad realizada</w:t>
            </w:r>
          </w:p>
        </w:tc>
        <w:tc>
          <w:tcPr>
            <w:tcW w:w="2045" w:type="dxa"/>
            <w:shd w:val="clear" w:color="auto" w:fill="D9D9D9" w:themeFill="background1" w:themeFillShade="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E34BED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¿Qué hice?</w:t>
            </w:r>
          </w:p>
        </w:tc>
        <w:tc>
          <w:tcPr>
            <w:tcW w:w="2045" w:type="dxa"/>
            <w:shd w:val="clear" w:color="auto" w:fill="D9D9D9" w:themeFill="background1" w:themeFillShade="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49B24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¿Cuál fue mi participación?</w:t>
            </w:r>
          </w:p>
        </w:tc>
        <w:tc>
          <w:tcPr>
            <w:tcW w:w="2045" w:type="dxa"/>
            <w:shd w:val="clear" w:color="auto" w:fill="D9D9D9" w:themeFill="background1" w:themeFillShade="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2077F6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Resultado o producto</w:t>
            </w:r>
          </w:p>
        </w:tc>
      </w:tr>
      <w:tr w:rsidR="00FC2403" w:rsidRPr="001C764E" w14:paraId="2889264F" w14:textId="77777777">
        <w:trPr>
          <w:jc w:val="center"/>
        </w:trPr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8476B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08CDC7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CB3983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6A37EC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030B3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2403" w:rsidRPr="001C764E" w14:paraId="0437CD64" w14:textId="77777777">
        <w:trPr>
          <w:jc w:val="center"/>
        </w:trPr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8F7207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63B68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F1B57D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CC3270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B7A4BE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2403" w:rsidRPr="001C764E" w14:paraId="44674592" w14:textId="77777777">
        <w:trPr>
          <w:jc w:val="center"/>
        </w:trPr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CF356D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4192B8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A65F4D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A31198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E6E18A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2403" w:rsidRPr="001C764E" w14:paraId="5BF8F5AB" w14:textId="77777777">
        <w:trPr>
          <w:jc w:val="center"/>
        </w:trPr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E4D518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CFD882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B19E15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0A87F0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0DC2D9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C2403" w:rsidRPr="001C764E" w14:paraId="772CD6B4" w14:textId="77777777">
        <w:trPr>
          <w:jc w:val="center"/>
        </w:trPr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F57E1B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F3BB9B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71156E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FFAFE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CE0E7" w14:textId="77777777" w:rsidR="00FC2403" w:rsidRPr="001C764E" w:rsidRDefault="00156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E35C0F6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D5292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 de desarrollo: </w:t>
      </w:r>
      <w:r w:rsidRPr="00D52925">
        <w:rPr>
          <w:rFonts w:ascii="Times New Roman" w:hAnsi="Times New Roman" w:cs="Times New Roman"/>
          <w:sz w:val="24"/>
          <w:szCs w:val="24"/>
          <w:highlight w:val="yellow"/>
        </w:rPr>
        <w:t>“Durante el periodo apoyé en la organización de expedientes. Revisé que la documentación estuviera integrada, clasifiqué los archivos y actualicé el registro correspondiente. Esto permitió mantener la información ordenada y facilitar su consulta.”</w:t>
      </w:r>
    </w:p>
    <w:p w14:paraId="3F3863BA" w14:textId="77777777" w:rsidR="00FC2403" w:rsidRPr="003611A3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611A3">
        <w:rPr>
          <w:rFonts w:ascii="Times New Roman" w:hAnsi="Times New Roman" w:cs="Times New Roman"/>
          <w:color w:val="auto"/>
          <w:sz w:val="24"/>
          <w:szCs w:val="24"/>
        </w:rPr>
        <w:t>IV. Resultados y aportaciones</w:t>
      </w:r>
    </w:p>
    <w:p w14:paraId="71569F8C" w14:textId="77777777" w:rsidR="00FC2403" w:rsidRPr="003611A3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Explica en qué contribuyó tu participación. Una aportación puede ser un apoyo, producto, mejora, servicio o colaboración concreta.</w:t>
      </w:r>
    </w:p>
    <w:p w14:paraId="3B9C543A" w14:textId="5A3BFA3B" w:rsidR="00FC2403" w:rsidRPr="001C764E" w:rsidRDefault="001569A0" w:rsidP="003611A3">
      <w:pPr>
        <w:rPr>
          <w:rFonts w:ascii="Times New Roman" w:hAnsi="Times New Roman" w:cs="Times New Roman"/>
          <w:sz w:val="24"/>
          <w:szCs w:val="24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Contribuí a mantener actualizados los expedientes y apoyé en la atención de usuarios. Como resultado, se organizaron 120 expedientes y se facilitó la localización de documentación para las actividades del área</w:t>
      </w:r>
      <w:r w:rsidRPr="001C764E">
        <w:rPr>
          <w:rFonts w:ascii="Times New Roman" w:hAnsi="Times New Roman" w:cs="Times New Roman"/>
          <w:sz w:val="24"/>
          <w:szCs w:val="24"/>
        </w:rPr>
        <w:t>.</w:t>
      </w:r>
    </w:p>
    <w:p w14:paraId="77581619" w14:textId="77777777" w:rsidR="00FC2403" w:rsidRPr="003611A3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611A3">
        <w:rPr>
          <w:rFonts w:ascii="Times New Roman" w:hAnsi="Times New Roman" w:cs="Times New Roman"/>
          <w:color w:val="auto"/>
          <w:sz w:val="24"/>
          <w:szCs w:val="24"/>
        </w:rPr>
        <w:t>V. Aprendizajes y habilidades desarrolladas</w:t>
      </w:r>
    </w:p>
    <w:p w14:paraId="0954C5E8" w14:textId="77777777" w:rsidR="00FC2403" w:rsidRPr="003611A3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Describe conocimientos, habilidades o actitudes que desarrollaste o fortaleciste. Puedes incluir habilidades transversales y, cuando realmente corresponda, conocimientos relacionados con tu licenciatura.</w:t>
      </w:r>
    </w:p>
    <w:p w14:paraId="1438FC79" w14:textId="77777777" w:rsidR="00FC2403" w:rsidRPr="003611A3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Fortalecí mi organización del tiempo, comunicación con usuarios y manejo de información. También aprendí a utilizar una base de datos institucional y comprendí la importancia de mantener actualizados los registros.</w:t>
      </w:r>
    </w:p>
    <w:p w14:paraId="693A615B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Puedes considerar: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organización, responsabilidad, comunicación, trabajo en equipo, atención a usuarios, herramientas digitales, solución de problemas, planeación, liderazgo, conocimientos técnicos y relación con tu licenciatura, cuando corresponda.</w:t>
      </w:r>
    </w:p>
    <w:p w14:paraId="24CE79AF" w14:textId="77777777" w:rsidR="00FC2403" w:rsidRPr="003611A3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611A3">
        <w:rPr>
          <w:rFonts w:ascii="Times New Roman" w:hAnsi="Times New Roman" w:cs="Times New Roman"/>
          <w:color w:val="auto"/>
          <w:sz w:val="24"/>
          <w:szCs w:val="24"/>
        </w:rPr>
        <w:lastRenderedPageBreak/>
        <w:t>VI. Reflexión sobre la experiencia</w:t>
      </w:r>
    </w:p>
    <w:p w14:paraId="201EF502" w14:textId="77777777" w:rsidR="00FC2403" w:rsidRPr="003611A3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Responde de manera personal y concreta. No repitas la descripción de actividades: explica qué significó la experiencia para ti y qué aprendiste.</w:t>
      </w:r>
    </w:p>
    <w:p w14:paraId="5EAA1DAC" w14:textId="310FECB3" w:rsidR="00FC2403" w:rsidRDefault="001569A0">
      <w:pPr>
        <w:rPr>
          <w:rFonts w:ascii="Times New Roman" w:hAnsi="Times New Roman" w:cs="Times New Roman"/>
          <w:sz w:val="24"/>
          <w:szCs w:val="24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La experiencia me permitió comprender la importancia de la organización administrativa para brindar una atención adecuada. Uno de los principales retos fue aprender a priorizar solicitudes; lo solucioné organizando las tareas por urgencia y fecha de entrega.</w:t>
      </w:r>
    </w:p>
    <w:p w14:paraId="34BF76A2" w14:textId="536288E3" w:rsidR="00377F4E" w:rsidRPr="003611A3" w:rsidRDefault="00377F4E" w:rsidP="00377F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11A3">
        <w:rPr>
          <w:rFonts w:ascii="Times New Roman" w:hAnsi="Times New Roman" w:cs="Times New Roman"/>
          <w:b/>
          <w:bCs/>
          <w:i/>
          <w:sz w:val="24"/>
          <w:szCs w:val="24"/>
          <w:highlight w:val="yellow"/>
        </w:rPr>
        <w:t xml:space="preserve">Extensión sugerida: </w:t>
      </w:r>
      <w:r>
        <w:rPr>
          <w:rFonts w:ascii="Times New Roman" w:hAnsi="Times New Roman" w:cs="Times New Roman"/>
          <w:b/>
          <w:bCs/>
          <w:i/>
          <w:sz w:val="24"/>
          <w:szCs w:val="24"/>
          <w:highlight w:val="yellow"/>
        </w:rPr>
        <w:t>un</w:t>
      </w:r>
      <w:r w:rsidRPr="003611A3">
        <w:rPr>
          <w:rFonts w:ascii="Times New Roman" w:hAnsi="Times New Roman" w:cs="Times New Roman"/>
          <w:b/>
          <w:bCs/>
          <w:i/>
          <w:sz w:val="24"/>
          <w:szCs w:val="24"/>
          <w:highlight w:val="yellow"/>
        </w:rPr>
        <w:t>a cuartilla.</w:t>
      </w:r>
    </w:p>
    <w:p w14:paraId="4AF85AC8" w14:textId="60302D90" w:rsidR="00377F4E" w:rsidRPr="00377F4E" w:rsidRDefault="00377F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77F4E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Preguntas orientadoras, eliminar una vez realizada la reflexión.</w:t>
      </w:r>
    </w:p>
    <w:p w14:paraId="3F41486B" w14:textId="77777777" w:rsidR="00FC2403" w:rsidRPr="009429F1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>¿Cuál fue la experiencia más significativa durante tu Servicio Social?</w:t>
      </w:r>
    </w:p>
    <w:p w14:paraId="46DAE65F" w14:textId="77777777" w:rsidR="00FC2403" w:rsidRPr="009429F1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>¿Qué fue lo más importante que aprendiste?</w:t>
      </w:r>
    </w:p>
    <w:p w14:paraId="6D860173" w14:textId="77777777" w:rsidR="00FC2403" w:rsidRPr="009429F1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>¿Qué dificultad enfrentaste y cómo la solucionaste?</w:t>
      </w:r>
    </w:p>
    <w:p w14:paraId="229D235F" w14:textId="77777777" w:rsidR="00FC2403" w:rsidRPr="009429F1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>¿Qué habilidad consideras que fortaleciste más?</w:t>
      </w:r>
    </w:p>
    <w:p w14:paraId="6C4C2A4F" w14:textId="77777777" w:rsidR="00FC2403" w:rsidRPr="009429F1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>¿De qué manera consideras que contribuiste a la institución o comunidad?</w:t>
      </w:r>
    </w:p>
    <w:p w14:paraId="346FF03B" w14:textId="1BF697C5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Si corresponde, ¿de qué manera esta experiencia se relaciona con tu </w:t>
      </w:r>
      <w:r w:rsidR="00377F4E"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>licenciatura</w:t>
      </w:r>
      <w:r w:rsidRPr="009429F1">
        <w:rPr>
          <w:rFonts w:ascii="Times New Roman" w:hAnsi="Times New Roman" w:cs="Times New Roman"/>
          <w:b/>
          <w:sz w:val="24"/>
          <w:szCs w:val="24"/>
          <w:highlight w:val="yellow"/>
        </w:rPr>
        <w:t>?</w:t>
      </w:r>
    </w:p>
    <w:p w14:paraId="144EAD6F" w14:textId="77777777" w:rsidR="00FC2403" w:rsidRPr="001C764E" w:rsidRDefault="001569A0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3611A3">
        <w:rPr>
          <w:rFonts w:ascii="Times New Roman" w:hAnsi="Times New Roman" w:cs="Times New Roman"/>
          <w:color w:val="auto"/>
          <w:sz w:val="24"/>
          <w:szCs w:val="24"/>
        </w:rPr>
        <w:t>VII. Conclusión</w:t>
      </w:r>
    </w:p>
    <w:p w14:paraId="29604368" w14:textId="77777777" w:rsidR="00FC2403" w:rsidRPr="003611A3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Resume tu experiencia considerando el cumplimiento de las actividades, los aprendizajes obtenidos y la importancia del Servicio Social en tu formación.</w:t>
      </w:r>
    </w:p>
    <w:p w14:paraId="6D06BC94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Concluir mi Servicio Social me permitió desarrollar mayor responsabilidad y seguridad para desempeñarme en un entorno institucional. Además de cumplir con las actividades asignadas, fortalecí habilidades de organización, comunicación y trabajo en equipo.</w:t>
      </w:r>
    </w:p>
    <w:p w14:paraId="367D64C4" w14:textId="77777777" w:rsidR="00FC2403" w:rsidRPr="003611A3" w:rsidRDefault="001569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11A3">
        <w:rPr>
          <w:rFonts w:ascii="Times New Roman" w:hAnsi="Times New Roman" w:cs="Times New Roman"/>
          <w:b/>
          <w:bCs/>
          <w:i/>
          <w:sz w:val="24"/>
          <w:szCs w:val="24"/>
          <w:highlight w:val="yellow"/>
        </w:rPr>
        <w:t>Extensión sugerida: media cuartilla.</w:t>
      </w:r>
    </w:p>
    <w:p w14:paraId="5F1505C0" w14:textId="77777777" w:rsidR="00FC2403" w:rsidRPr="003611A3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611A3">
        <w:rPr>
          <w:rFonts w:ascii="Times New Roman" w:hAnsi="Times New Roman" w:cs="Times New Roman"/>
          <w:color w:val="auto"/>
          <w:sz w:val="24"/>
          <w:szCs w:val="24"/>
        </w:rPr>
        <w:t>VIII. Evidencias de participación</w:t>
      </w:r>
    </w:p>
    <w:p w14:paraId="448A8D83" w14:textId="77777777" w:rsidR="00FC2403" w:rsidRPr="003611A3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Integra de 2 a 5 evidencias representativas. Cada evidencia debe relacionarse con una actividad descrita y respetar las políticas de confidencialidad y protección de datos de la institución.</w:t>
      </w:r>
    </w:p>
    <w:p w14:paraId="1263B09C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3611A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3611A3">
        <w:rPr>
          <w:rFonts w:ascii="Times New Roman" w:hAnsi="Times New Roman" w:cs="Times New Roman"/>
          <w:sz w:val="24"/>
          <w:szCs w:val="24"/>
          <w:highlight w:val="yellow"/>
        </w:rPr>
        <w:t>Evidencia 1: formato administrativo elaborado durante el Servicio Social. Demuestra mi participación en la organización de información.</w:t>
      </w:r>
    </w:p>
    <w:p w14:paraId="157B183B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b/>
          <w:sz w:val="24"/>
          <w:szCs w:val="24"/>
        </w:rPr>
        <w:t>Evidencia No. 1</w:t>
      </w:r>
    </w:p>
    <w:p w14:paraId="2E5D54D2" w14:textId="77777777" w:rsidR="00FC2403" w:rsidRPr="003B0007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B0007">
        <w:rPr>
          <w:rFonts w:ascii="Times New Roman" w:hAnsi="Times New Roman" w:cs="Times New Roman"/>
          <w:sz w:val="24"/>
          <w:szCs w:val="24"/>
          <w:highlight w:val="yellow"/>
        </w:rPr>
        <w:t>Actividad relacionada: Organización de expedientes.</w:t>
      </w:r>
    </w:p>
    <w:p w14:paraId="4D8BB768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3B0007">
        <w:rPr>
          <w:rFonts w:ascii="Times New Roman" w:hAnsi="Times New Roman" w:cs="Times New Roman"/>
          <w:sz w:val="24"/>
          <w:szCs w:val="24"/>
          <w:highlight w:val="yellow"/>
        </w:rPr>
        <w:t>¿Qué demuestra esta evidencia? Mi participación en la organización y actualización de información.</w:t>
      </w:r>
    </w:p>
    <w:p w14:paraId="0407F6B0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1569A0">
        <w:rPr>
          <w:rFonts w:ascii="Times New Roman" w:hAnsi="Times New Roman" w:cs="Times New Roman"/>
          <w:sz w:val="24"/>
          <w:szCs w:val="24"/>
          <w:highlight w:val="yellow"/>
        </w:rPr>
        <w:t>[INSERTAR AQUÍ FOTOGRAFÍA, DOCUMENTO, MATERIAL O CAPTURA AUTORIZADA]</w:t>
      </w:r>
    </w:p>
    <w:p w14:paraId="408F729D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b/>
          <w:sz w:val="24"/>
          <w:szCs w:val="24"/>
        </w:rPr>
        <w:lastRenderedPageBreak/>
        <w:t>Evidencia No. 2</w:t>
      </w:r>
    </w:p>
    <w:p w14:paraId="5A2CBF1C" w14:textId="77777777" w:rsidR="00FC2403" w:rsidRPr="001569A0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569A0">
        <w:rPr>
          <w:rFonts w:ascii="Times New Roman" w:hAnsi="Times New Roman" w:cs="Times New Roman"/>
          <w:sz w:val="24"/>
          <w:szCs w:val="24"/>
          <w:highlight w:val="yellow"/>
        </w:rPr>
        <w:t>Actividad relacionada: Organización de expedientes.</w:t>
      </w:r>
    </w:p>
    <w:p w14:paraId="01AC795B" w14:textId="77777777" w:rsidR="00FC2403" w:rsidRPr="001569A0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569A0">
        <w:rPr>
          <w:rFonts w:ascii="Times New Roman" w:hAnsi="Times New Roman" w:cs="Times New Roman"/>
          <w:sz w:val="24"/>
          <w:szCs w:val="24"/>
          <w:highlight w:val="yellow"/>
        </w:rPr>
        <w:t>¿Qué demuestra esta evidencia? Mi participación en la organización y actualización de información.</w:t>
      </w:r>
    </w:p>
    <w:p w14:paraId="50B845EA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1569A0">
        <w:rPr>
          <w:rFonts w:ascii="Times New Roman" w:hAnsi="Times New Roman" w:cs="Times New Roman"/>
          <w:sz w:val="24"/>
          <w:szCs w:val="24"/>
          <w:highlight w:val="yellow"/>
        </w:rPr>
        <w:t>[INSERTAR AQUÍ FOTOGRAFÍA, DOCUMENTO, MATERIAL O CAPTURA AUTORIZADA]</w:t>
      </w:r>
    </w:p>
    <w:p w14:paraId="485F0225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1C764E">
        <w:rPr>
          <w:rFonts w:ascii="Times New Roman" w:hAnsi="Times New Roman" w:cs="Times New Roman"/>
          <w:b/>
          <w:sz w:val="24"/>
          <w:szCs w:val="24"/>
        </w:rPr>
        <w:t>Evidencia No. 3</w:t>
      </w:r>
    </w:p>
    <w:p w14:paraId="7FE211A4" w14:textId="77777777" w:rsidR="00FC2403" w:rsidRPr="001569A0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569A0">
        <w:rPr>
          <w:rFonts w:ascii="Times New Roman" w:hAnsi="Times New Roman" w:cs="Times New Roman"/>
          <w:sz w:val="24"/>
          <w:szCs w:val="24"/>
          <w:highlight w:val="yellow"/>
        </w:rPr>
        <w:t>Actividad relacionada: Organización de expedientes.</w:t>
      </w:r>
    </w:p>
    <w:p w14:paraId="1ECBB65E" w14:textId="77777777" w:rsidR="00FC2403" w:rsidRPr="001569A0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569A0">
        <w:rPr>
          <w:rFonts w:ascii="Times New Roman" w:hAnsi="Times New Roman" w:cs="Times New Roman"/>
          <w:sz w:val="24"/>
          <w:szCs w:val="24"/>
          <w:highlight w:val="yellow"/>
        </w:rPr>
        <w:t>¿Qué demuestra esta evidencia? Mi participación en la organización y actualización de información.</w:t>
      </w:r>
    </w:p>
    <w:p w14:paraId="081FFC4F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1569A0">
        <w:rPr>
          <w:rFonts w:ascii="Times New Roman" w:hAnsi="Times New Roman" w:cs="Times New Roman"/>
          <w:sz w:val="24"/>
          <w:szCs w:val="24"/>
          <w:highlight w:val="yellow"/>
        </w:rPr>
        <w:t>[INSERTAR AQUÍ FOTOGRAFÍA, DOCUMENTO, MATERIAL O CAPTURA AUTORIZADA]</w:t>
      </w:r>
    </w:p>
    <w:p w14:paraId="4E1F131A" w14:textId="77777777" w:rsidR="00FC2403" w:rsidRPr="003B0007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B0007">
        <w:rPr>
          <w:rFonts w:ascii="Times New Roman" w:hAnsi="Times New Roman" w:cs="Times New Roman"/>
          <w:color w:val="auto"/>
          <w:sz w:val="24"/>
          <w:szCs w:val="24"/>
        </w:rPr>
        <w:t>IX. Referencias</w:t>
      </w:r>
    </w:p>
    <w:p w14:paraId="192CB353" w14:textId="77777777" w:rsidR="00FC2403" w:rsidRPr="003B0007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B000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3B0007">
        <w:rPr>
          <w:rFonts w:ascii="Times New Roman" w:hAnsi="Times New Roman" w:cs="Times New Roman"/>
          <w:sz w:val="24"/>
          <w:szCs w:val="24"/>
          <w:highlight w:val="yellow"/>
        </w:rPr>
        <w:t>Utiliza este apartado únicamente si consultaste fuentes externas. Si no utilizaste fuentes externas, escribe “No aplica”.</w:t>
      </w:r>
    </w:p>
    <w:p w14:paraId="62E839B0" w14:textId="77777777" w:rsidR="00FC2403" w:rsidRPr="001C764E" w:rsidRDefault="001569A0">
      <w:pPr>
        <w:rPr>
          <w:rFonts w:ascii="Times New Roman" w:hAnsi="Times New Roman" w:cs="Times New Roman"/>
          <w:sz w:val="24"/>
          <w:szCs w:val="24"/>
        </w:rPr>
      </w:pPr>
      <w:r w:rsidRPr="003B000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3B0007">
        <w:rPr>
          <w:rFonts w:ascii="Times New Roman" w:hAnsi="Times New Roman" w:cs="Times New Roman"/>
          <w:sz w:val="24"/>
          <w:szCs w:val="24"/>
          <w:highlight w:val="yellow"/>
        </w:rPr>
        <w:t>No aplica.</w:t>
      </w:r>
    </w:p>
    <w:p w14:paraId="6BA1D180" w14:textId="77777777" w:rsidR="00FC2403" w:rsidRPr="003B0007" w:rsidRDefault="001569A0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B0007">
        <w:rPr>
          <w:rFonts w:ascii="Times New Roman" w:hAnsi="Times New Roman" w:cs="Times New Roman"/>
          <w:color w:val="auto"/>
          <w:sz w:val="24"/>
          <w:szCs w:val="24"/>
        </w:rPr>
        <w:t>X. Visto bueno de la institución receptora</w:t>
      </w:r>
    </w:p>
    <w:p w14:paraId="39EF1350" w14:textId="77777777" w:rsidR="00FC2403" w:rsidRPr="003B0007" w:rsidRDefault="001569A0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3B000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¿Qué debes hacer? </w:t>
      </w:r>
      <w:r w:rsidRPr="003B0007">
        <w:rPr>
          <w:rFonts w:ascii="Times New Roman" w:hAnsi="Times New Roman" w:cs="Times New Roman"/>
          <w:sz w:val="24"/>
          <w:szCs w:val="24"/>
          <w:highlight w:val="yellow"/>
        </w:rPr>
        <w:t>La persona responsable valida que el informe corresponde a las actividades realizadas durante el periodo de Servicio Social, mediante firma y sello.</w:t>
      </w:r>
    </w:p>
    <w:p w14:paraId="236CFA1E" w14:textId="7788AEAE" w:rsidR="00386128" w:rsidRPr="009429F1" w:rsidRDefault="001569A0" w:rsidP="001569A0">
      <w:pPr>
        <w:rPr>
          <w:rFonts w:ascii="Times New Roman" w:hAnsi="Times New Roman" w:cs="Times New Roman"/>
          <w:sz w:val="24"/>
          <w:szCs w:val="24"/>
        </w:rPr>
      </w:pPr>
      <w:r w:rsidRPr="003B000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Ejemplo: </w:t>
      </w:r>
      <w:r w:rsidRPr="003B0007">
        <w:rPr>
          <w:rFonts w:ascii="Times New Roman" w:hAnsi="Times New Roman" w:cs="Times New Roman"/>
          <w:sz w:val="24"/>
          <w:szCs w:val="24"/>
          <w:highlight w:val="yellow"/>
        </w:rPr>
        <w:t>Responsable: Lic. Ana Pérez | Cargo: Coordinadora Administrativa.</w:t>
      </w:r>
    </w:p>
    <w:tbl>
      <w:tblPr>
        <w:tblW w:w="1013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5032"/>
      </w:tblGrid>
      <w:tr w:rsidR="00386128" w:rsidRPr="00B74BE0" w14:paraId="0942801B" w14:textId="77777777" w:rsidTr="00356631">
        <w:trPr>
          <w:trHeight w:val="351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3C933F" w14:textId="51A23D33" w:rsidR="00386128" w:rsidRPr="009429F1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s-MX" w:eastAsia="es-MX"/>
              </w:rPr>
            </w:pPr>
            <w:r w:rsidRPr="00942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del responsable</w:t>
            </w:r>
          </w:p>
        </w:tc>
        <w:tc>
          <w:tcPr>
            <w:tcW w:w="5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998EC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  <w:r w:rsidRPr="00B74BE0"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  <w:t> </w:t>
            </w:r>
          </w:p>
          <w:p w14:paraId="4D9C890C" w14:textId="77777777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</w:tc>
      </w:tr>
      <w:tr w:rsidR="00386128" w:rsidRPr="00B74BE0" w14:paraId="69DA1048" w14:textId="77777777" w:rsidTr="00356631">
        <w:trPr>
          <w:trHeight w:val="351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739511E" w14:textId="6E26C61C" w:rsidR="00386128" w:rsidRPr="009429F1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s-MX" w:eastAsia="es-MX"/>
              </w:rPr>
            </w:pPr>
            <w:r w:rsidRPr="00942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9C669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  <w:r w:rsidRPr="00B74BE0"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  <w:t> </w:t>
            </w:r>
          </w:p>
          <w:p w14:paraId="3F6D942B" w14:textId="77777777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</w:tc>
      </w:tr>
      <w:tr w:rsidR="00386128" w:rsidRPr="00B74BE0" w14:paraId="4A3CA918" w14:textId="77777777" w:rsidTr="00356631">
        <w:trPr>
          <w:trHeight w:val="351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AF921D" w14:textId="2F216502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  <w:r w:rsidRPr="003262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55B53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  <w:r w:rsidRPr="00B74BE0"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  <w:t> </w:t>
            </w:r>
          </w:p>
          <w:p w14:paraId="2E0D2B23" w14:textId="77777777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</w:tc>
      </w:tr>
      <w:tr w:rsidR="00386128" w:rsidRPr="00B74BE0" w14:paraId="3C0EB3C3" w14:textId="77777777" w:rsidTr="00356631">
        <w:trPr>
          <w:trHeight w:val="351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DA7FD21" w14:textId="77777777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  <w:r w:rsidRPr="00B74BE0"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  <w:t> </w:t>
            </w:r>
            <w:r w:rsidRPr="003262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Sello de la institución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ADEF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  <w:r w:rsidRPr="00B74BE0"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  <w:t> </w:t>
            </w:r>
          </w:p>
          <w:p w14:paraId="256B8696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  <w:p w14:paraId="2916FD63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  <w:p w14:paraId="72039115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  <w:p w14:paraId="0DE1D5D5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  <w:p w14:paraId="2BD501F4" w14:textId="77777777" w:rsidR="00386128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  <w:p w14:paraId="25B8C29C" w14:textId="77777777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</w:tc>
      </w:tr>
      <w:tr w:rsidR="00386128" w:rsidRPr="00B74BE0" w14:paraId="6CC2DBCC" w14:textId="77777777" w:rsidTr="00356631">
        <w:trPr>
          <w:trHeight w:val="351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CF85191" w14:textId="0A771AA6" w:rsidR="00386128" w:rsidRPr="009429F1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s-MX" w:eastAsia="es-MX"/>
              </w:rPr>
            </w:pPr>
            <w:r w:rsidRPr="009429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5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E111A" w14:textId="77777777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</w:p>
        </w:tc>
      </w:tr>
      <w:tr w:rsidR="00386128" w:rsidRPr="00B74BE0" w14:paraId="46A1DBD3" w14:textId="77777777" w:rsidTr="00356631">
        <w:trPr>
          <w:trHeight w:val="351"/>
        </w:trPr>
        <w:tc>
          <w:tcPr>
            <w:tcW w:w="10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13188F" w14:textId="554C52C6" w:rsidR="00386128" w:rsidRPr="00B74BE0" w:rsidRDefault="00386128" w:rsidP="003566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s-MX" w:eastAsia="es-MX"/>
              </w:rPr>
            </w:pPr>
            <w:r w:rsidRPr="003262E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RECUERDA:</w:t>
            </w:r>
            <w:r w:rsidRPr="003262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9429F1" w:rsidRPr="001C764E">
              <w:rPr>
                <w:rFonts w:ascii="Times New Roman" w:hAnsi="Times New Roman" w:cs="Times New Roman"/>
                <w:i/>
                <w:sz w:val="24"/>
                <w:szCs w:val="24"/>
              </w:rPr>
              <w:t>No se espera que tu Informe Final sea una tesis. Se espera que documentes con claridad qué hiciste, qué resultados o aportaciones generaste, qué aprendiste y qué evidencias permiten comprobar tu participación.</w:t>
            </w:r>
          </w:p>
        </w:tc>
      </w:tr>
    </w:tbl>
    <w:p w14:paraId="33BB11FD" w14:textId="363F559D" w:rsidR="001569A0" w:rsidRPr="0064453C" w:rsidRDefault="001569A0" w:rsidP="001569A0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4453C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 xml:space="preserve">NOTA: Una vez realizado el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>informe final</w:t>
      </w:r>
      <w:r w:rsidRPr="0064453C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  <w:t xml:space="preserve"> eliminar lo señalado en Amarillo, asi como esta nota.</w:t>
      </w:r>
    </w:p>
    <w:p w14:paraId="5E993521" w14:textId="77777777" w:rsidR="00FC2403" w:rsidRDefault="00FC2403">
      <w:pPr>
        <w:rPr>
          <w:rFonts w:hint="eastAsia"/>
        </w:rPr>
      </w:pPr>
    </w:p>
    <w:sectPr w:rsidR="00FC2403" w:rsidSect="00034616">
      <w:headerReference w:type="default" r:id="rId8"/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0CB3C" w14:textId="77777777" w:rsidR="00BB21CC" w:rsidRDefault="001569A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A36095" w14:textId="77777777" w:rsidR="00BB21CC" w:rsidRDefault="001569A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DFBBB" w14:textId="77777777" w:rsidR="00FC2403" w:rsidRDefault="001569A0">
    <w:pPr>
      <w:pStyle w:val="Piedepgina"/>
      <w:jc w:val="center"/>
      <w:rPr>
        <w:rFonts w:hint="eastAsia"/>
      </w:rPr>
    </w:pPr>
    <w:r>
      <w:rPr>
        <w:sz w:val="16"/>
      </w:rPr>
      <w:t xml:space="preserve">Informe Final de Servicio Social  •  Página </w:t>
    </w:r>
    <w:r>
      <w:fldChar w:fldCharType="begin"/>
    </w:r>
    <w:r>
      <w:instrText>PAGE</w:instrText>
    </w:r>
    <w:r>
      <w:fldChar w:fldCharType="separate"/>
    </w:r>
    <w:r w:rsidR="009238FC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8184B" w14:textId="77777777" w:rsidR="00BB21CC" w:rsidRDefault="001569A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2F06C9A" w14:textId="77777777" w:rsidR="00BB21CC" w:rsidRDefault="001569A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70CD2" w14:textId="77777777" w:rsidR="00FC2403" w:rsidRDefault="001569A0">
    <w:pPr>
      <w:pStyle w:val="Encabezado"/>
      <w:jc w:val="center"/>
      <w:rPr>
        <w:rFonts w:hint="eastAsia"/>
      </w:rPr>
    </w:pPr>
    <w:r>
      <w:rPr>
        <w:b/>
        <w:sz w:val="16"/>
      </w:rPr>
      <w:t>UNIVERSIDAD DE ORIENTE | VINCULACIÓN Y EXTENSIÓN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C6F"/>
    <w:rsid w:val="0015074B"/>
    <w:rsid w:val="001569A0"/>
    <w:rsid w:val="001C764E"/>
    <w:rsid w:val="0029639D"/>
    <w:rsid w:val="00326F90"/>
    <w:rsid w:val="003611A3"/>
    <w:rsid w:val="00377F4E"/>
    <w:rsid w:val="00386128"/>
    <w:rsid w:val="003B0007"/>
    <w:rsid w:val="00621246"/>
    <w:rsid w:val="006C1878"/>
    <w:rsid w:val="007A2B32"/>
    <w:rsid w:val="009238FC"/>
    <w:rsid w:val="009429F1"/>
    <w:rsid w:val="00965144"/>
    <w:rsid w:val="00AA1D8D"/>
    <w:rsid w:val="00B47730"/>
    <w:rsid w:val="00BB21CC"/>
    <w:rsid w:val="00CB0664"/>
    <w:rsid w:val="00D52925"/>
    <w:rsid w:val="00FC24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F6D774"/>
  <w14:defaultImageDpi w14:val="300"/>
  <w15:docId w15:val="{BA158B51-7E18-4BD3-8376-2F513522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1050</Words>
  <Characters>5775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DIR-INST02</cp:lastModifiedBy>
  <cp:revision>4</cp:revision>
  <dcterms:created xsi:type="dcterms:W3CDTF">2013-12-23T23:15:00Z</dcterms:created>
  <dcterms:modified xsi:type="dcterms:W3CDTF">2026-09-21T18:16:00Z</dcterms:modified>
  <cp:category/>
</cp:coreProperties>
</file>