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6CA07" w14:textId="77777777" w:rsidR="00D62B24" w:rsidRPr="003262E2" w:rsidRDefault="0052009C">
      <w:pPr>
        <w:jc w:val="center"/>
        <w:rPr>
          <w:rFonts w:ascii="Times New Roman" w:hAnsi="Times New Roman" w:cs="Times New Roman"/>
          <w:sz w:val="24"/>
          <w:szCs w:val="24"/>
        </w:rPr>
      </w:pPr>
      <w:r w:rsidRPr="003262E2">
        <w:rPr>
          <w:rFonts w:ascii="Times New Roman" w:hAnsi="Times New Roman" w:cs="Times New Roman"/>
          <w:b/>
          <w:sz w:val="24"/>
          <w:szCs w:val="24"/>
        </w:rPr>
        <w:t>UNIVERSIDAD DE ORIENTE</w:t>
      </w:r>
    </w:p>
    <w:p w14:paraId="245138B9" w14:textId="77777777" w:rsidR="00D62B24" w:rsidRPr="003262E2" w:rsidRDefault="0052009C">
      <w:pPr>
        <w:jc w:val="center"/>
        <w:rPr>
          <w:rFonts w:ascii="Times New Roman" w:hAnsi="Times New Roman" w:cs="Times New Roman"/>
          <w:sz w:val="24"/>
          <w:szCs w:val="24"/>
        </w:rPr>
      </w:pPr>
      <w:r w:rsidRPr="003262E2">
        <w:rPr>
          <w:rFonts w:ascii="Times New Roman" w:hAnsi="Times New Roman" w:cs="Times New Roman"/>
          <w:b/>
          <w:sz w:val="24"/>
          <w:szCs w:val="24"/>
        </w:rPr>
        <w:t>VINCULACIÓN Y EXTENSIÓN</w:t>
      </w:r>
    </w:p>
    <w:p w14:paraId="5AF9E44D" w14:textId="77777777" w:rsidR="00D62B24" w:rsidRPr="003262E2" w:rsidRDefault="0052009C">
      <w:pPr>
        <w:jc w:val="center"/>
        <w:rPr>
          <w:rFonts w:ascii="Times New Roman" w:hAnsi="Times New Roman" w:cs="Times New Roman"/>
          <w:sz w:val="24"/>
          <w:szCs w:val="24"/>
        </w:rPr>
      </w:pPr>
      <w:r w:rsidRPr="003262E2">
        <w:rPr>
          <w:rFonts w:ascii="Times New Roman" w:hAnsi="Times New Roman" w:cs="Times New Roman"/>
          <w:b/>
          <w:sz w:val="24"/>
          <w:szCs w:val="24"/>
        </w:rPr>
        <w:t>ANTEPROYECTO DE SERVICIO SOCIAL</w:t>
      </w:r>
    </w:p>
    <w:p w14:paraId="3FB848AC" w14:textId="77777777" w:rsidR="00D62B24" w:rsidRPr="003262E2" w:rsidRDefault="0052009C">
      <w:pPr>
        <w:jc w:val="center"/>
        <w:rPr>
          <w:rFonts w:ascii="Times New Roman" w:hAnsi="Times New Roman" w:cs="Times New Roman"/>
          <w:sz w:val="24"/>
          <w:szCs w:val="24"/>
        </w:rPr>
      </w:pPr>
      <w:r w:rsidRPr="003262E2">
        <w:rPr>
          <w:rFonts w:ascii="Times New Roman" w:hAnsi="Times New Roman" w:cs="Times New Roman"/>
          <w:i/>
          <w:sz w:val="24"/>
          <w:szCs w:val="24"/>
        </w:rPr>
        <w:t>Formato orientativo para la planeación de las actividades de Servicio Social</w:t>
      </w:r>
    </w:p>
    <w:tbl>
      <w:tblPr>
        <w:tblStyle w:val="Tablaconcuadrcula"/>
        <w:tblW w:w="0" w:type="auto"/>
        <w:jc w:val="center"/>
        <w:tblLook w:val="04A0" w:firstRow="1" w:lastRow="0" w:firstColumn="1" w:lastColumn="0" w:noHBand="0" w:noVBand="1"/>
      </w:tblPr>
      <w:tblGrid>
        <w:gridCol w:w="10224"/>
      </w:tblGrid>
      <w:tr w:rsidR="00A45BA9" w:rsidRPr="003262E2" w14:paraId="7EC00095" w14:textId="77777777" w:rsidTr="00A45BA9">
        <w:trPr>
          <w:jc w:val="center"/>
        </w:trPr>
        <w:tc>
          <w:tcPr>
            <w:tcW w:w="10224" w:type="dxa"/>
            <w:shd w:val="clear" w:color="auto" w:fill="D9D9D9" w:themeFill="background1" w:themeFillShade="D9"/>
            <w:tcMar>
              <w:top w:w="90" w:type="dxa"/>
              <w:left w:w="90" w:type="dxa"/>
              <w:bottom w:w="90" w:type="dxa"/>
              <w:right w:w="90" w:type="dxa"/>
            </w:tcMar>
            <w:vAlign w:val="center"/>
          </w:tcPr>
          <w:p w14:paraId="1BC8BB23" w14:textId="77777777" w:rsidR="00D62B24" w:rsidRPr="003262E2" w:rsidRDefault="0052009C">
            <w:pPr>
              <w:rPr>
                <w:rFonts w:ascii="Times New Roman" w:hAnsi="Times New Roman" w:cs="Times New Roman"/>
                <w:b/>
                <w:bCs/>
                <w:sz w:val="24"/>
                <w:szCs w:val="24"/>
              </w:rPr>
            </w:pPr>
            <w:r w:rsidRPr="003262E2">
              <w:rPr>
                <w:rFonts w:ascii="Times New Roman" w:hAnsi="Times New Roman" w:cs="Times New Roman"/>
                <w:b/>
                <w:bCs/>
                <w:i/>
                <w:sz w:val="24"/>
                <w:szCs w:val="24"/>
              </w:rPr>
              <w:t xml:space="preserve">ENFOQUE DEL FORMATO: </w:t>
            </w:r>
            <w:r w:rsidRPr="003262E2">
              <w:rPr>
                <w:rFonts w:ascii="Times New Roman" w:hAnsi="Times New Roman" w:cs="Times New Roman"/>
                <w:i/>
                <w:sz w:val="24"/>
                <w:szCs w:val="24"/>
              </w:rPr>
              <w:t xml:space="preserve">El Anteproyecto responde a una pregunta sencilla: </w:t>
            </w:r>
            <w:r w:rsidRPr="003262E2">
              <w:rPr>
                <w:rFonts w:ascii="Times New Roman" w:hAnsi="Times New Roman" w:cs="Times New Roman"/>
                <w:b/>
                <w:bCs/>
                <w:i/>
                <w:sz w:val="24"/>
                <w:szCs w:val="24"/>
              </w:rPr>
              <w:t xml:space="preserve">¿qué voy a hacer durante mi Servicio Social? </w:t>
            </w:r>
            <w:r w:rsidRPr="003262E2">
              <w:rPr>
                <w:rFonts w:ascii="Times New Roman" w:hAnsi="Times New Roman" w:cs="Times New Roman"/>
                <w:i/>
                <w:sz w:val="24"/>
                <w:szCs w:val="24"/>
              </w:rPr>
              <w:t>No es un protocolo de investigación. Describe dónde participarás, con qué propósito, qué actividades prevés realizar y cómo las organizarás.</w:t>
            </w:r>
          </w:p>
        </w:tc>
      </w:tr>
    </w:tbl>
    <w:p w14:paraId="26E35049" w14:textId="77777777" w:rsidR="00D62B24" w:rsidRPr="003262E2" w:rsidRDefault="00D62B24">
      <w:pPr>
        <w:rPr>
          <w:rFonts w:ascii="Times New Roman" w:hAnsi="Times New Roman" w:cs="Times New Roman"/>
          <w:sz w:val="24"/>
          <w:szCs w:val="24"/>
        </w:rPr>
      </w:pPr>
    </w:p>
    <w:p w14:paraId="798BD99B" w14:textId="379B967F" w:rsidR="00D62B24" w:rsidRPr="003262E2" w:rsidRDefault="0052009C">
      <w:pPr>
        <w:pStyle w:val="Ttulo1"/>
        <w:rPr>
          <w:rFonts w:ascii="Times New Roman" w:hAnsi="Times New Roman" w:cs="Times New Roman"/>
          <w:color w:val="auto"/>
          <w:sz w:val="24"/>
          <w:szCs w:val="24"/>
        </w:rPr>
      </w:pPr>
      <w:r w:rsidRPr="003262E2">
        <w:rPr>
          <w:rFonts w:ascii="Times New Roman" w:hAnsi="Times New Roman" w:cs="Times New Roman"/>
          <w:color w:val="auto"/>
          <w:sz w:val="24"/>
          <w:szCs w:val="24"/>
        </w:rPr>
        <w:t>I. Dato</w:t>
      </w:r>
      <w:r w:rsidR="009B4D7D" w:rsidRPr="003262E2">
        <w:rPr>
          <w:rFonts w:ascii="Times New Roman" w:hAnsi="Times New Roman" w:cs="Times New Roman"/>
          <w:color w:val="auto"/>
          <w:sz w:val="24"/>
          <w:szCs w:val="24"/>
        </w:rPr>
        <w:t>s</w:t>
      </w:r>
      <w:r w:rsidRPr="003262E2">
        <w:rPr>
          <w:rFonts w:ascii="Times New Roman" w:hAnsi="Times New Roman" w:cs="Times New Roman"/>
          <w:color w:val="auto"/>
          <w:sz w:val="24"/>
          <w:szCs w:val="24"/>
        </w:rPr>
        <w:t xml:space="preserve"> generales del estudiante</w:t>
      </w:r>
    </w:p>
    <w:p w14:paraId="05280E64"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¿Qué debes hacer? </w:t>
      </w:r>
      <w:r w:rsidRPr="003262E2">
        <w:rPr>
          <w:rFonts w:ascii="Times New Roman" w:hAnsi="Times New Roman" w:cs="Times New Roman"/>
          <w:sz w:val="24"/>
          <w:szCs w:val="24"/>
          <w:highlight w:val="yellow"/>
        </w:rPr>
        <w:t>Registra tus datos institucionales tal como aparecen en los registros de la Universidad.</w:t>
      </w:r>
    </w:p>
    <w:p w14:paraId="6CBCC833" w14:textId="3F028B37" w:rsidR="00D62B24" w:rsidRDefault="0052009C">
      <w:pPr>
        <w:rPr>
          <w:rFonts w:ascii="Times New Roman" w:hAnsi="Times New Roman" w:cs="Times New Roman"/>
          <w:sz w:val="24"/>
          <w:szCs w:val="24"/>
        </w:rPr>
      </w:pPr>
      <w:r w:rsidRPr="003262E2">
        <w:rPr>
          <w:rFonts w:ascii="Times New Roman" w:hAnsi="Times New Roman" w:cs="Times New Roman"/>
          <w:b/>
          <w:sz w:val="24"/>
          <w:szCs w:val="24"/>
          <w:highlight w:val="yellow"/>
        </w:rPr>
        <w:t xml:space="preserve">Ejemplo: </w:t>
      </w:r>
      <w:r w:rsidRPr="003262E2">
        <w:rPr>
          <w:rFonts w:ascii="Times New Roman" w:hAnsi="Times New Roman" w:cs="Times New Roman"/>
          <w:sz w:val="24"/>
          <w:szCs w:val="24"/>
          <w:highlight w:val="yellow"/>
        </w:rPr>
        <w:t>Nombre: María López Pérez | Matrícula: 24UOGA001 | Licenciatura: Gastronomía | 7.º cuatrimestre.</w:t>
      </w:r>
    </w:p>
    <w:tbl>
      <w:tblPr>
        <w:tblStyle w:val="Tablaconcuadrcula"/>
        <w:tblW w:w="0" w:type="auto"/>
        <w:tblLook w:val="04A0" w:firstRow="1" w:lastRow="0" w:firstColumn="1" w:lastColumn="0" w:noHBand="0" w:noVBand="1"/>
      </w:tblPr>
      <w:tblGrid>
        <w:gridCol w:w="5182"/>
        <w:gridCol w:w="5182"/>
      </w:tblGrid>
      <w:tr w:rsidR="0052593C" w14:paraId="4CB96AFD" w14:textId="77777777" w:rsidTr="0052593C">
        <w:tc>
          <w:tcPr>
            <w:tcW w:w="5182" w:type="dxa"/>
            <w:shd w:val="clear" w:color="auto" w:fill="D9D9D9" w:themeFill="background1" w:themeFillShade="D9"/>
          </w:tcPr>
          <w:p w14:paraId="7DCCF0E0" w14:textId="7C75559E" w:rsidR="0052593C" w:rsidRDefault="0052593C">
            <w:pPr>
              <w:rPr>
                <w:rFonts w:ascii="Times New Roman" w:hAnsi="Times New Roman" w:cs="Times New Roman"/>
                <w:b/>
                <w:bCs/>
                <w:sz w:val="24"/>
                <w:szCs w:val="24"/>
              </w:rPr>
            </w:pPr>
            <w:r w:rsidRPr="003262E2">
              <w:rPr>
                <w:rFonts w:ascii="Times New Roman" w:hAnsi="Times New Roman" w:cs="Times New Roman"/>
                <w:b/>
                <w:bCs/>
                <w:sz w:val="24"/>
                <w:szCs w:val="24"/>
              </w:rPr>
              <w:t xml:space="preserve">Nombre </w:t>
            </w:r>
            <w:r w:rsidR="005C735C">
              <w:rPr>
                <w:rFonts w:ascii="Times New Roman" w:hAnsi="Times New Roman" w:cs="Times New Roman"/>
                <w:b/>
                <w:bCs/>
                <w:sz w:val="24"/>
                <w:szCs w:val="24"/>
              </w:rPr>
              <w:t>completo</w:t>
            </w:r>
          </w:p>
          <w:p w14:paraId="25B68675" w14:textId="594D1935" w:rsidR="005C735C" w:rsidRDefault="005C735C">
            <w:pPr>
              <w:rPr>
                <w:rFonts w:ascii="Times New Roman" w:hAnsi="Times New Roman" w:cs="Times New Roman"/>
                <w:sz w:val="24"/>
                <w:szCs w:val="24"/>
              </w:rPr>
            </w:pPr>
          </w:p>
        </w:tc>
        <w:tc>
          <w:tcPr>
            <w:tcW w:w="5182" w:type="dxa"/>
          </w:tcPr>
          <w:p w14:paraId="665101A8" w14:textId="77777777" w:rsidR="0052593C" w:rsidRDefault="0052593C">
            <w:pPr>
              <w:rPr>
                <w:rFonts w:ascii="Times New Roman" w:hAnsi="Times New Roman" w:cs="Times New Roman"/>
                <w:sz w:val="24"/>
                <w:szCs w:val="24"/>
              </w:rPr>
            </w:pPr>
          </w:p>
        </w:tc>
      </w:tr>
      <w:tr w:rsidR="0052593C" w14:paraId="29F12A39" w14:textId="77777777" w:rsidTr="0052593C">
        <w:tc>
          <w:tcPr>
            <w:tcW w:w="5182" w:type="dxa"/>
            <w:shd w:val="clear" w:color="auto" w:fill="D9D9D9" w:themeFill="background1" w:themeFillShade="D9"/>
          </w:tcPr>
          <w:p w14:paraId="3B0A30BB" w14:textId="77777777" w:rsidR="0052593C" w:rsidRDefault="0052593C">
            <w:pPr>
              <w:rPr>
                <w:rFonts w:ascii="Times New Roman" w:hAnsi="Times New Roman" w:cs="Times New Roman"/>
                <w:b/>
                <w:bCs/>
                <w:sz w:val="24"/>
                <w:szCs w:val="24"/>
              </w:rPr>
            </w:pPr>
            <w:r w:rsidRPr="003262E2">
              <w:rPr>
                <w:rFonts w:ascii="Times New Roman" w:hAnsi="Times New Roman" w:cs="Times New Roman"/>
                <w:b/>
                <w:bCs/>
                <w:sz w:val="24"/>
                <w:szCs w:val="24"/>
              </w:rPr>
              <w:t>Matrícula</w:t>
            </w:r>
          </w:p>
          <w:p w14:paraId="004A4767" w14:textId="10D4493C" w:rsidR="005C735C" w:rsidRDefault="005C735C">
            <w:pPr>
              <w:rPr>
                <w:rFonts w:ascii="Times New Roman" w:hAnsi="Times New Roman" w:cs="Times New Roman"/>
                <w:sz w:val="24"/>
                <w:szCs w:val="24"/>
              </w:rPr>
            </w:pPr>
          </w:p>
        </w:tc>
        <w:tc>
          <w:tcPr>
            <w:tcW w:w="5182" w:type="dxa"/>
          </w:tcPr>
          <w:p w14:paraId="3CA1E594" w14:textId="77777777" w:rsidR="0052593C" w:rsidRDefault="0052593C">
            <w:pPr>
              <w:rPr>
                <w:rFonts w:ascii="Times New Roman" w:hAnsi="Times New Roman" w:cs="Times New Roman"/>
                <w:sz w:val="24"/>
                <w:szCs w:val="24"/>
              </w:rPr>
            </w:pPr>
          </w:p>
        </w:tc>
      </w:tr>
      <w:tr w:rsidR="0052593C" w14:paraId="4370B2B4" w14:textId="77777777" w:rsidTr="0052593C">
        <w:tc>
          <w:tcPr>
            <w:tcW w:w="5182" w:type="dxa"/>
            <w:shd w:val="clear" w:color="auto" w:fill="D9D9D9" w:themeFill="background1" w:themeFillShade="D9"/>
          </w:tcPr>
          <w:p w14:paraId="36CA3BED" w14:textId="77777777" w:rsidR="0052593C" w:rsidRDefault="0052593C">
            <w:pPr>
              <w:rPr>
                <w:rFonts w:ascii="Times New Roman" w:hAnsi="Times New Roman" w:cs="Times New Roman"/>
                <w:b/>
                <w:bCs/>
                <w:sz w:val="24"/>
                <w:szCs w:val="24"/>
              </w:rPr>
            </w:pPr>
            <w:r w:rsidRPr="003262E2">
              <w:rPr>
                <w:rFonts w:ascii="Times New Roman" w:hAnsi="Times New Roman" w:cs="Times New Roman"/>
                <w:b/>
                <w:bCs/>
                <w:sz w:val="24"/>
                <w:szCs w:val="24"/>
              </w:rPr>
              <w:t>Licenciatura</w:t>
            </w:r>
          </w:p>
          <w:p w14:paraId="23ED8B33" w14:textId="10FC36AD" w:rsidR="005C735C" w:rsidRDefault="005C735C">
            <w:pPr>
              <w:rPr>
                <w:rFonts w:ascii="Times New Roman" w:hAnsi="Times New Roman" w:cs="Times New Roman"/>
                <w:sz w:val="24"/>
                <w:szCs w:val="24"/>
              </w:rPr>
            </w:pPr>
          </w:p>
        </w:tc>
        <w:tc>
          <w:tcPr>
            <w:tcW w:w="5182" w:type="dxa"/>
          </w:tcPr>
          <w:p w14:paraId="6B01E9BC" w14:textId="77777777" w:rsidR="0052593C" w:rsidRDefault="0052593C">
            <w:pPr>
              <w:rPr>
                <w:rFonts w:ascii="Times New Roman" w:hAnsi="Times New Roman" w:cs="Times New Roman"/>
                <w:sz w:val="24"/>
                <w:szCs w:val="24"/>
              </w:rPr>
            </w:pPr>
          </w:p>
        </w:tc>
      </w:tr>
      <w:tr w:rsidR="0052593C" w14:paraId="2C088FC4" w14:textId="77777777" w:rsidTr="0052593C">
        <w:tc>
          <w:tcPr>
            <w:tcW w:w="5182" w:type="dxa"/>
            <w:shd w:val="clear" w:color="auto" w:fill="D9D9D9" w:themeFill="background1" w:themeFillShade="D9"/>
          </w:tcPr>
          <w:p w14:paraId="00C2868B" w14:textId="77777777" w:rsidR="0052593C" w:rsidRDefault="0052593C">
            <w:pPr>
              <w:rPr>
                <w:rFonts w:ascii="Times New Roman" w:hAnsi="Times New Roman" w:cs="Times New Roman"/>
                <w:b/>
                <w:bCs/>
                <w:sz w:val="24"/>
                <w:szCs w:val="24"/>
              </w:rPr>
            </w:pPr>
            <w:r w:rsidRPr="003262E2">
              <w:rPr>
                <w:rFonts w:ascii="Times New Roman" w:hAnsi="Times New Roman" w:cs="Times New Roman"/>
                <w:b/>
                <w:bCs/>
                <w:sz w:val="24"/>
                <w:szCs w:val="24"/>
              </w:rPr>
              <w:t>Cuatrimestre</w:t>
            </w:r>
          </w:p>
          <w:p w14:paraId="55848253" w14:textId="0769CBF7" w:rsidR="005C735C" w:rsidRDefault="005C735C">
            <w:pPr>
              <w:rPr>
                <w:rFonts w:ascii="Times New Roman" w:hAnsi="Times New Roman" w:cs="Times New Roman"/>
                <w:sz w:val="24"/>
                <w:szCs w:val="24"/>
              </w:rPr>
            </w:pPr>
          </w:p>
        </w:tc>
        <w:tc>
          <w:tcPr>
            <w:tcW w:w="5182" w:type="dxa"/>
          </w:tcPr>
          <w:p w14:paraId="5788894F" w14:textId="77777777" w:rsidR="0052593C" w:rsidRDefault="0052593C">
            <w:pPr>
              <w:rPr>
                <w:rFonts w:ascii="Times New Roman" w:hAnsi="Times New Roman" w:cs="Times New Roman"/>
                <w:sz w:val="24"/>
                <w:szCs w:val="24"/>
              </w:rPr>
            </w:pPr>
          </w:p>
        </w:tc>
      </w:tr>
      <w:tr w:rsidR="0052593C" w14:paraId="293EFE44" w14:textId="77777777" w:rsidTr="0052593C">
        <w:tc>
          <w:tcPr>
            <w:tcW w:w="5182" w:type="dxa"/>
            <w:shd w:val="clear" w:color="auto" w:fill="D9D9D9" w:themeFill="background1" w:themeFillShade="D9"/>
          </w:tcPr>
          <w:p w14:paraId="2249A9A8" w14:textId="77777777" w:rsidR="0052593C" w:rsidRDefault="0052593C">
            <w:pPr>
              <w:rPr>
                <w:rFonts w:ascii="Times New Roman" w:hAnsi="Times New Roman" w:cs="Times New Roman"/>
                <w:b/>
                <w:bCs/>
                <w:sz w:val="24"/>
                <w:szCs w:val="24"/>
              </w:rPr>
            </w:pPr>
            <w:r w:rsidRPr="003262E2">
              <w:rPr>
                <w:rFonts w:ascii="Times New Roman" w:hAnsi="Times New Roman" w:cs="Times New Roman"/>
                <w:b/>
                <w:bCs/>
                <w:sz w:val="24"/>
                <w:szCs w:val="24"/>
              </w:rPr>
              <w:t>Correo institucional</w:t>
            </w:r>
          </w:p>
          <w:p w14:paraId="5F80138A" w14:textId="41B044BC" w:rsidR="005C735C" w:rsidRDefault="005C735C">
            <w:pPr>
              <w:rPr>
                <w:rFonts w:ascii="Times New Roman" w:hAnsi="Times New Roman" w:cs="Times New Roman"/>
                <w:sz w:val="24"/>
                <w:szCs w:val="24"/>
              </w:rPr>
            </w:pPr>
          </w:p>
        </w:tc>
        <w:tc>
          <w:tcPr>
            <w:tcW w:w="5182" w:type="dxa"/>
          </w:tcPr>
          <w:p w14:paraId="4F7A7DF5" w14:textId="77777777" w:rsidR="0052593C" w:rsidRDefault="0052593C">
            <w:pPr>
              <w:rPr>
                <w:rFonts w:ascii="Times New Roman" w:hAnsi="Times New Roman" w:cs="Times New Roman"/>
                <w:sz w:val="24"/>
                <w:szCs w:val="24"/>
              </w:rPr>
            </w:pPr>
          </w:p>
        </w:tc>
      </w:tr>
    </w:tbl>
    <w:p w14:paraId="4C3D490E" w14:textId="77777777" w:rsidR="00D62B24" w:rsidRPr="003262E2" w:rsidRDefault="0052009C">
      <w:pPr>
        <w:pStyle w:val="Ttulo1"/>
        <w:rPr>
          <w:rFonts w:ascii="Times New Roman" w:hAnsi="Times New Roman" w:cs="Times New Roman"/>
          <w:color w:val="auto"/>
          <w:sz w:val="24"/>
          <w:szCs w:val="24"/>
        </w:rPr>
      </w:pPr>
      <w:r w:rsidRPr="003262E2">
        <w:rPr>
          <w:rFonts w:ascii="Times New Roman" w:hAnsi="Times New Roman" w:cs="Times New Roman"/>
          <w:color w:val="auto"/>
          <w:sz w:val="24"/>
          <w:szCs w:val="24"/>
        </w:rPr>
        <w:t>II. Datos de la institución receptora</w:t>
      </w:r>
    </w:p>
    <w:p w14:paraId="66288470"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¿Qué debes hacer? </w:t>
      </w:r>
      <w:r w:rsidRPr="003262E2">
        <w:rPr>
          <w:rFonts w:ascii="Times New Roman" w:hAnsi="Times New Roman" w:cs="Times New Roman"/>
          <w:sz w:val="24"/>
          <w:szCs w:val="24"/>
          <w:highlight w:val="yellow"/>
        </w:rPr>
        <w:t>Indica la institución, el área donde participarás y la persona responsable de dar seguimiento a tus actividades.</w:t>
      </w:r>
    </w:p>
    <w:p w14:paraId="3B6D9B2C" w14:textId="2A979755" w:rsidR="00D62B24" w:rsidRDefault="0052009C">
      <w:pPr>
        <w:rPr>
          <w:rFonts w:ascii="Times New Roman" w:hAnsi="Times New Roman" w:cs="Times New Roman"/>
          <w:sz w:val="24"/>
          <w:szCs w:val="24"/>
        </w:rPr>
      </w:pPr>
      <w:r w:rsidRPr="003262E2">
        <w:rPr>
          <w:rFonts w:ascii="Times New Roman" w:hAnsi="Times New Roman" w:cs="Times New Roman"/>
          <w:b/>
          <w:sz w:val="24"/>
          <w:szCs w:val="24"/>
          <w:highlight w:val="yellow"/>
        </w:rPr>
        <w:t xml:space="preserve">Ejemplo: </w:t>
      </w:r>
      <w:r w:rsidRPr="003262E2">
        <w:rPr>
          <w:rFonts w:ascii="Times New Roman" w:hAnsi="Times New Roman" w:cs="Times New Roman"/>
          <w:sz w:val="24"/>
          <w:szCs w:val="24"/>
          <w:highlight w:val="yellow"/>
        </w:rPr>
        <w:t>Institución: Ayuntamiento de Valladolid</w:t>
      </w:r>
      <w:r w:rsidR="00A45BA9" w:rsidRPr="003262E2">
        <w:rPr>
          <w:rFonts w:ascii="Times New Roman" w:hAnsi="Times New Roman" w:cs="Times New Roman"/>
          <w:sz w:val="24"/>
          <w:szCs w:val="24"/>
          <w:highlight w:val="yellow"/>
        </w:rPr>
        <w:t>, Yucatán</w:t>
      </w:r>
      <w:r w:rsidRPr="003262E2">
        <w:rPr>
          <w:rFonts w:ascii="Times New Roman" w:hAnsi="Times New Roman" w:cs="Times New Roman"/>
          <w:sz w:val="24"/>
          <w:szCs w:val="24"/>
          <w:highlight w:val="yellow"/>
        </w:rPr>
        <w:t xml:space="preserve"> | Área: Dirección de Desarrollo Social | Responsable: Lic. Ana Pérez | Cargo: Coordinadora Administrativa.</w:t>
      </w:r>
    </w:p>
    <w:tbl>
      <w:tblPr>
        <w:tblStyle w:val="Tablaconcuadrcula"/>
        <w:tblW w:w="0" w:type="auto"/>
        <w:tblLook w:val="04A0" w:firstRow="1" w:lastRow="0" w:firstColumn="1" w:lastColumn="0" w:noHBand="0" w:noVBand="1"/>
      </w:tblPr>
      <w:tblGrid>
        <w:gridCol w:w="5182"/>
        <w:gridCol w:w="5182"/>
      </w:tblGrid>
      <w:tr w:rsidR="005C735C" w14:paraId="60D7DBFD" w14:textId="77777777" w:rsidTr="005C735C">
        <w:tc>
          <w:tcPr>
            <w:tcW w:w="5182" w:type="dxa"/>
            <w:shd w:val="clear" w:color="auto" w:fill="D9D9D9" w:themeFill="background1" w:themeFillShade="D9"/>
          </w:tcPr>
          <w:p w14:paraId="393DD0E5" w14:textId="77777777" w:rsidR="005C735C" w:rsidRDefault="005C735C">
            <w:pPr>
              <w:rPr>
                <w:rFonts w:ascii="Times New Roman" w:hAnsi="Times New Roman" w:cs="Times New Roman"/>
                <w:b/>
                <w:bCs/>
                <w:sz w:val="24"/>
                <w:szCs w:val="24"/>
              </w:rPr>
            </w:pPr>
            <w:r w:rsidRPr="003262E2">
              <w:rPr>
                <w:rFonts w:ascii="Times New Roman" w:hAnsi="Times New Roman" w:cs="Times New Roman"/>
                <w:b/>
                <w:bCs/>
                <w:sz w:val="24"/>
                <w:szCs w:val="24"/>
              </w:rPr>
              <w:t>Nombre de la institución/dependencia</w:t>
            </w:r>
          </w:p>
          <w:p w14:paraId="706C5969" w14:textId="5331D178" w:rsidR="007A7F82" w:rsidRDefault="007A7F82">
            <w:pPr>
              <w:rPr>
                <w:rFonts w:ascii="Times New Roman" w:hAnsi="Times New Roman" w:cs="Times New Roman"/>
                <w:sz w:val="24"/>
                <w:szCs w:val="24"/>
              </w:rPr>
            </w:pPr>
          </w:p>
        </w:tc>
        <w:tc>
          <w:tcPr>
            <w:tcW w:w="5182" w:type="dxa"/>
          </w:tcPr>
          <w:p w14:paraId="07AF0823" w14:textId="77777777" w:rsidR="005C735C" w:rsidRDefault="005C735C">
            <w:pPr>
              <w:rPr>
                <w:rFonts w:ascii="Times New Roman" w:hAnsi="Times New Roman" w:cs="Times New Roman"/>
                <w:sz w:val="24"/>
                <w:szCs w:val="24"/>
              </w:rPr>
            </w:pPr>
          </w:p>
        </w:tc>
      </w:tr>
      <w:tr w:rsidR="005C735C" w14:paraId="4E654B6C" w14:textId="77777777" w:rsidTr="005C735C">
        <w:tc>
          <w:tcPr>
            <w:tcW w:w="5182" w:type="dxa"/>
            <w:shd w:val="clear" w:color="auto" w:fill="D9D9D9" w:themeFill="background1" w:themeFillShade="D9"/>
          </w:tcPr>
          <w:p w14:paraId="3EC4FDED" w14:textId="77777777" w:rsidR="005C735C" w:rsidRDefault="007A7F82">
            <w:pPr>
              <w:rPr>
                <w:rFonts w:ascii="Times New Roman" w:hAnsi="Times New Roman" w:cs="Times New Roman"/>
                <w:b/>
                <w:bCs/>
                <w:sz w:val="24"/>
                <w:szCs w:val="24"/>
              </w:rPr>
            </w:pPr>
            <w:r w:rsidRPr="003262E2">
              <w:rPr>
                <w:rFonts w:ascii="Times New Roman" w:hAnsi="Times New Roman" w:cs="Times New Roman"/>
                <w:b/>
                <w:bCs/>
                <w:sz w:val="24"/>
                <w:szCs w:val="24"/>
              </w:rPr>
              <w:t>Área</w:t>
            </w:r>
          </w:p>
          <w:p w14:paraId="541F585E" w14:textId="1383B50A" w:rsidR="007A7F82" w:rsidRDefault="007A7F82">
            <w:pPr>
              <w:rPr>
                <w:rFonts w:ascii="Times New Roman" w:hAnsi="Times New Roman" w:cs="Times New Roman"/>
                <w:sz w:val="24"/>
                <w:szCs w:val="24"/>
              </w:rPr>
            </w:pPr>
          </w:p>
        </w:tc>
        <w:tc>
          <w:tcPr>
            <w:tcW w:w="5182" w:type="dxa"/>
          </w:tcPr>
          <w:p w14:paraId="518DF7B9" w14:textId="77777777" w:rsidR="005C735C" w:rsidRDefault="005C735C">
            <w:pPr>
              <w:rPr>
                <w:rFonts w:ascii="Times New Roman" w:hAnsi="Times New Roman" w:cs="Times New Roman"/>
                <w:sz w:val="24"/>
                <w:szCs w:val="24"/>
              </w:rPr>
            </w:pPr>
          </w:p>
        </w:tc>
      </w:tr>
      <w:tr w:rsidR="005C735C" w14:paraId="73962ABC" w14:textId="77777777" w:rsidTr="005C735C">
        <w:tc>
          <w:tcPr>
            <w:tcW w:w="5182" w:type="dxa"/>
            <w:shd w:val="clear" w:color="auto" w:fill="D9D9D9" w:themeFill="background1" w:themeFillShade="D9"/>
          </w:tcPr>
          <w:p w14:paraId="219D128A" w14:textId="332512E6" w:rsidR="005C735C" w:rsidRDefault="007A7F82">
            <w:pPr>
              <w:rPr>
                <w:rFonts w:ascii="Times New Roman" w:hAnsi="Times New Roman" w:cs="Times New Roman"/>
                <w:b/>
                <w:bCs/>
                <w:sz w:val="24"/>
                <w:szCs w:val="24"/>
              </w:rPr>
            </w:pPr>
            <w:r w:rsidRPr="003262E2">
              <w:rPr>
                <w:rFonts w:ascii="Times New Roman" w:hAnsi="Times New Roman" w:cs="Times New Roman"/>
                <w:b/>
                <w:bCs/>
                <w:sz w:val="24"/>
                <w:szCs w:val="24"/>
              </w:rPr>
              <w:t xml:space="preserve">Nombre del </w:t>
            </w:r>
            <w:r>
              <w:rPr>
                <w:rFonts w:ascii="Times New Roman" w:hAnsi="Times New Roman" w:cs="Times New Roman"/>
                <w:b/>
                <w:bCs/>
                <w:sz w:val="24"/>
                <w:szCs w:val="24"/>
              </w:rPr>
              <w:t>responsible</w:t>
            </w:r>
          </w:p>
          <w:p w14:paraId="1F0B588F" w14:textId="264E36E7" w:rsidR="007A7F82" w:rsidRDefault="007A7F82">
            <w:pPr>
              <w:rPr>
                <w:rFonts w:ascii="Times New Roman" w:hAnsi="Times New Roman" w:cs="Times New Roman"/>
                <w:sz w:val="24"/>
                <w:szCs w:val="24"/>
              </w:rPr>
            </w:pPr>
          </w:p>
        </w:tc>
        <w:tc>
          <w:tcPr>
            <w:tcW w:w="5182" w:type="dxa"/>
          </w:tcPr>
          <w:p w14:paraId="11513620" w14:textId="77777777" w:rsidR="005C735C" w:rsidRDefault="005C735C">
            <w:pPr>
              <w:rPr>
                <w:rFonts w:ascii="Times New Roman" w:hAnsi="Times New Roman" w:cs="Times New Roman"/>
                <w:sz w:val="24"/>
                <w:szCs w:val="24"/>
              </w:rPr>
            </w:pPr>
          </w:p>
        </w:tc>
      </w:tr>
      <w:tr w:rsidR="005C735C" w14:paraId="6B872202" w14:textId="77777777" w:rsidTr="005C735C">
        <w:tc>
          <w:tcPr>
            <w:tcW w:w="5182" w:type="dxa"/>
            <w:shd w:val="clear" w:color="auto" w:fill="D9D9D9" w:themeFill="background1" w:themeFillShade="D9"/>
          </w:tcPr>
          <w:p w14:paraId="718FF336" w14:textId="77777777" w:rsidR="005C735C" w:rsidRDefault="007A7F82">
            <w:pPr>
              <w:rPr>
                <w:rFonts w:ascii="Times New Roman" w:hAnsi="Times New Roman" w:cs="Times New Roman"/>
                <w:b/>
                <w:bCs/>
                <w:sz w:val="24"/>
                <w:szCs w:val="24"/>
              </w:rPr>
            </w:pPr>
            <w:r w:rsidRPr="003262E2">
              <w:rPr>
                <w:rFonts w:ascii="Times New Roman" w:hAnsi="Times New Roman" w:cs="Times New Roman"/>
                <w:b/>
                <w:bCs/>
                <w:sz w:val="24"/>
                <w:szCs w:val="24"/>
              </w:rPr>
              <w:t>Cargo</w:t>
            </w:r>
          </w:p>
          <w:p w14:paraId="62F26894" w14:textId="3052BFAC" w:rsidR="007A7F82" w:rsidRDefault="007A7F82">
            <w:pPr>
              <w:rPr>
                <w:rFonts w:ascii="Times New Roman" w:hAnsi="Times New Roman" w:cs="Times New Roman"/>
                <w:sz w:val="24"/>
                <w:szCs w:val="24"/>
              </w:rPr>
            </w:pPr>
          </w:p>
        </w:tc>
        <w:tc>
          <w:tcPr>
            <w:tcW w:w="5182" w:type="dxa"/>
          </w:tcPr>
          <w:p w14:paraId="08A2E064" w14:textId="77777777" w:rsidR="005C735C" w:rsidRDefault="005C735C">
            <w:pPr>
              <w:rPr>
                <w:rFonts w:ascii="Times New Roman" w:hAnsi="Times New Roman" w:cs="Times New Roman"/>
                <w:sz w:val="24"/>
                <w:szCs w:val="24"/>
              </w:rPr>
            </w:pPr>
          </w:p>
        </w:tc>
      </w:tr>
      <w:tr w:rsidR="005C735C" w14:paraId="44667BC4" w14:textId="77777777" w:rsidTr="005C735C">
        <w:tc>
          <w:tcPr>
            <w:tcW w:w="5182" w:type="dxa"/>
            <w:shd w:val="clear" w:color="auto" w:fill="D9D9D9" w:themeFill="background1" w:themeFillShade="D9"/>
          </w:tcPr>
          <w:p w14:paraId="4F2581A0" w14:textId="77777777" w:rsidR="005C735C" w:rsidRDefault="007A7F82">
            <w:pPr>
              <w:rPr>
                <w:rFonts w:ascii="Times New Roman" w:hAnsi="Times New Roman" w:cs="Times New Roman"/>
                <w:b/>
                <w:bCs/>
                <w:sz w:val="24"/>
                <w:szCs w:val="24"/>
              </w:rPr>
            </w:pPr>
            <w:r w:rsidRPr="003262E2">
              <w:rPr>
                <w:rFonts w:ascii="Times New Roman" w:hAnsi="Times New Roman" w:cs="Times New Roman"/>
                <w:b/>
                <w:bCs/>
                <w:sz w:val="24"/>
                <w:szCs w:val="24"/>
              </w:rPr>
              <w:t>Correo / teléfono</w:t>
            </w:r>
          </w:p>
          <w:p w14:paraId="3A30A415" w14:textId="3A7254A1" w:rsidR="007A7F82" w:rsidRDefault="007A7F82">
            <w:pPr>
              <w:rPr>
                <w:rFonts w:ascii="Times New Roman" w:hAnsi="Times New Roman" w:cs="Times New Roman"/>
                <w:sz w:val="24"/>
                <w:szCs w:val="24"/>
              </w:rPr>
            </w:pPr>
          </w:p>
        </w:tc>
        <w:tc>
          <w:tcPr>
            <w:tcW w:w="5182" w:type="dxa"/>
          </w:tcPr>
          <w:p w14:paraId="77138F1E" w14:textId="77777777" w:rsidR="005C735C" w:rsidRDefault="005C735C">
            <w:pPr>
              <w:rPr>
                <w:rFonts w:ascii="Times New Roman" w:hAnsi="Times New Roman" w:cs="Times New Roman"/>
                <w:sz w:val="24"/>
                <w:szCs w:val="24"/>
              </w:rPr>
            </w:pPr>
          </w:p>
        </w:tc>
      </w:tr>
    </w:tbl>
    <w:p w14:paraId="77D9AFD3" w14:textId="77777777" w:rsidR="00D62B24" w:rsidRPr="003262E2" w:rsidRDefault="0052009C">
      <w:pPr>
        <w:pStyle w:val="Ttulo1"/>
        <w:rPr>
          <w:rFonts w:ascii="Times New Roman" w:hAnsi="Times New Roman" w:cs="Times New Roman"/>
          <w:color w:val="auto"/>
          <w:sz w:val="24"/>
          <w:szCs w:val="24"/>
        </w:rPr>
      </w:pPr>
      <w:r w:rsidRPr="003262E2">
        <w:rPr>
          <w:rFonts w:ascii="Times New Roman" w:hAnsi="Times New Roman" w:cs="Times New Roman"/>
          <w:color w:val="auto"/>
          <w:sz w:val="24"/>
          <w:szCs w:val="24"/>
        </w:rPr>
        <w:t>III. Datos del Servicio Social</w:t>
      </w:r>
    </w:p>
    <w:p w14:paraId="753B3C91"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¿Qué debes hacer? </w:t>
      </w:r>
      <w:r w:rsidRPr="003262E2">
        <w:rPr>
          <w:rFonts w:ascii="Times New Roman" w:hAnsi="Times New Roman" w:cs="Times New Roman"/>
          <w:sz w:val="24"/>
          <w:szCs w:val="24"/>
          <w:highlight w:val="yellow"/>
        </w:rPr>
        <w:t>Registra periodo, horario y horas programadas conforme a la autorización correspondiente.</w:t>
      </w:r>
    </w:p>
    <w:p w14:paraId="44CECD2B" w14:textId="7A49F089" w:rsidR="007A7F82" w:rsidRDefault="0052009C" w:rsidP="00594A95">
      <w:pPr>
        <w:rPr>
          <w:rFonts w:ascii="Times New Roman" w:hAnsi="Times New Roman" w:cs="Times New Roman"/>
          <w:sz w:val="24"/>
          <w:szCs w:val="24"/>
        </w:rPr>
      </w:pPr>
      <w:r w:rsidRPr="003262E2">
        <w:rPr>
          <w:rFonts w:ascii="Times New Roman" w:hAnsi="Times New Roman" w:cs="Times New Roman"/>
          <w:b/>
          <w:sz w:val="24"/>
          <w:szCs w:val="24"/>
          <w:highlight w:val="yellow"/>
        </w:rPr>
        <w:t xml:space="preserve">Ejemplo: </w:t>
      </w:r>
      <w:r w:rsidRPr="003262E2">
        <w:rPr>
          <w:rFonts w:ascii="Times New Roman" w:hAnsi="Times New Roman" w:cs="Times New Roman"/>
          <w:sz w:val="24"/>
          <w:szCs w:val="24"/>
          <w:highlight w:val="yellow"/>
        </w:rPr>
        <w:t>Inicio: 21/09/2026 | Término: 19/03/2027 | Lunes a viernes, 9:00–13:00 | 4 horas diarias.</w:t>
      </w:r>
    </w:p>
    <w:tbl>
      <w:tblPr>
        <w:tblStyle w:val="Tablaconcuadrcula"/>
        <w:tblW w:w="0" w:type="auto"/>
        <w:tblLook w:val="04A0" w:firstRow="1" w:lastRow="0" w:firstColumn="1" w:lastColumn="0" w:noHBand="0" w:noVBand="1"/>
      </w:tblPr>
      <w:tblGrid>
        <w:gridCol w:w="5182"/>
        <w:gridCol w:w="5182"/>
      </w:tblGrid>
      <w:tr w:rsidR="007A7F82" w14:paraId="2C71D3DF" w14:textId="77777777" w:rsidTr="007A7F82">
        <w:tc>
          <w:tcPr>
            <w:tcW w:w="5182" w:type="dxa"/>
            <w:shd w:val="clear" w:color="auto" w:fill="D9D9D9" w:themeFill="background1" w:themeFillShade="D9"/>
          </w:tcPr>
          <w:p w14:paraId="1A9C1DB9" w14:textId="77777777" w:rsidR="007A7F82" w:rsidRDefault="007A7F82" w:rsidP="007A7F82">
            <w:pPr>
              <w:rPr>
                <w:rFonts w:ascii="Times New Roman" w:hAnsi="Times New Roman" w:cs="Times New Roman"/>
                <w:b/>
                <w:bCs/>
                <w:sz w:val="24"/>
                <w:szCs w:val="24"/>
              </w:rPr>
            </w:pPr>
            <w:r w:rsidRPr="003262E2">
              <w:rPr>
                <w:rFonts w:ascii="Times New Roman" w:hAnsi="Times New Roman" w:cs="Times New Roman"/>
                <w:b/>
                <w:bCs/>
                <w:sz w:val="24"/>
                <w:szCs w:val="24"/>
              </w:rPr>
              <w:t>Periodo</w:t>
            </w:r>
          </w:p>
          <w:p w14:paraId="50932925" w14:textId="019DB7AD" w:rsidR="00594A95" w:rsidRDefault="00594A95" w:rsidP="007A7F82"/>
        </w:tc>
        <w:tc>
          <w:tcPr>
            <w:tcW w:w="5182" w:type="dxa"/>
          </w:tcPr>
          <w:p w14:paraId="389E500D" w14:textId="77777777" w:rsidR="007A7F82" w:rsidRDefault="007A7F82" w:rsidP="007A7F82"/>
        </w:tc>
      </w:tr>
      <w:tr w:rsidR="007A7F82" w14:paraId="34D2B2E5" w14:textId="77777777" w:rsidTr="007A7F82">
        <w:tc>
          <w:tcPr>
            <w:tcW w:w="5182" w:type="dxa"/>
            <w:shd w:val="clear" w:color="auto" w:fill="D9D9D9" w:themeFill="background1" w:themeFillShade="D9"/>
          </w:tcPr>
          <w:p w14:paraId="454C900B" w14:textId="77777777" w:rsidR="007A7F82" w:rsidRDefault="007A7F82" w:rsidP="007A7F82">
            <w:pPr>
              <w:rPr>
                <w:rFonts w:ascii="Times New Roman" w:hAnsi="Times New Roman" w:cs="Times New Roman"/>
                <w:b/>
                <w:bCs/>
                <w:sz w:val="24"/>
                <w:szCs w:val="24"/>
              </w:rPr>
            </w:pPr>
            <w:r w:rsidRPr="003262E2">
              <w:rPr>
                <w:rFonts w:ascii="Times New Roman" w:hAnsi="Times New Roman" w:cs="Times New Roman"/>
                <w:b/>
                <w:bCs/>
                <w:sz w:val="24"/>
                <w:szCs w:val="24"/>
              </w:rPr>
              <w:t>Fecha de inicio</w:t>
            </w:r>
          </w:p>
          <w:p w14:paraId="25D9E0FD" w14:textId="722D0CAF" w:rsidR="00594A95" w:rsidRDefault="00594A95" w:rsidP="007A7F82"/>
        </w:tc>
        <w:tc>
          <w:tcPr>
            <w:tcW w:w="5182" w:type="dxa"/>
          </w:tcPr>
          <w:p w14:paraId="32990E9F" w14:textId="77777777" w:rsidR="007A7F82" w:rsidRDefault="007A7F82" w:rsidP="007A7F82"/>
        </w:tc>
      </w:tr>
      <w:tr w:rsidR="007A7F82" w14:paraId="178F8065" w14:textId="77777777" w:rsidTr="007A7F82">
        <w:tc>
          <w:tcPr>
            <w:tcW w:w="5182" w:type="dxa"/>
            <w:shd w:val="clear" w:color="auto" w:fill="D9D9D9" w:themeFill="background1" w:themeFillShade="D9"/>
          </w:tcPr>
          <w:p w14:paraId="77FCBC4A" w14:textId="77777777" w:rsidR="007A7F82" w:rsidRDefault="007A7F82" w:rsidP="007A7F82">
            <w:pPr>
              <w:rPr>
                <w:rFonts w:ascii="Times New Roman" w:hAnsi="Times New Roman" w:cs="Times New Roman"/>
                <w:b/>
                <w:bCs/>
                <w:sz w:val="24"/>
                <w:szCs w:val="24"/>
              </w:rPr>
            </w:pPr>
            <w:r w:rsidRPr="003262E2">
              <w:rPr>
                <w:rFonts w:ascii="Times New Roman" w:hAnsi="Times New Roman" w:cs="Times New Roman"/>
                <w:b/>
                <w:bCs/>
                <w:sz w:val="24"/>
                <w:szCs w:val="24"/>
              </w:rPr>
              <w:t>Fecha de término</w:t>
            </w:r>
          </w:p>
          <w:p w14:paraId="1225B976" w14:textId="253EDEF9" w:rsidR="00594A95" w:rsidRDefault="00594A95" w:rsidP="007A7F82"/>
        </w:tc>
        <w:tc>
          <w:tcPr>
            <w:tcW w:w="5182" w:type="dxa"/>
          </w:tcPr>
          <w:p w14:paraId="4C48952B" w14:textId="77777777" w:rsidR="007A7F82" w:rsidRDefault="007A7F82" w:rsidP="007A7F82"/>
        </w:tc>
      </w:tr>
      <w:tr w:rsidR="007A7F82" w14:paraId="3343DFEB" w14:textId="77777777" w:rsidTr="007A7F82">
        <w:tc>
          <w:tcPr>
            <w:tcW w:w="5182" w:type="dxa"/>
            <w:shd w:val="clear" w:color="auto" w:fill="D9D9D9" w:themeFill="background1" w:themeFillShade="D9"/>
          </w:tcPr>
          <w:p w14:paraId="125FC3D1" w14:textId="218EBB1E" w:rsidR="007A7F82" w:rsidRDefault="007A7F82" w:rsidP="007A7F82">
            <w:pPr>
              <w:rPr>
                <w:rFonts w:ascii="Times New Roman" w:hAnsi="Times New Roman" w:cs="Times New Roman"/>
                <w:b/>
                <w:bCs/>
                <w:sz w:val="24"/>
                <w:szCs w:val="24"/>
              </w:rPr>
            </w:pPr>
            <w:r w:rsidRPr="003262E2">
              <w:rPr>
                <w:rFonts w:ascii="Times New Roman" w:hAnsi="Times New Roman" w:cs="Times New Roman"/>
                <w:b/>
                <w:bCs/>
                <w:sz w:val="24"/>
                <w:szCs w:val="24"/>
              </w:rPr>
              <w:t xml:space="preserve">Días de </w:t>
            </w:r>
            <w:r w:rsidR="00594A95">
              <w:rPr>
                <w:rFonts w:ascii="Times New Roman" w:hAnsi="Times New Roman" w:cs="Times New Roman"/>
                <w:b/>
                <w:bCs/>
                <w:sz w:val="24"/>
                <w:szCs w:val="24"/>
              </w:rPr>
              <w:t>Servicio</w:t>
            </w:r>
          </w:p>
          <w:p w14:paraId="773D5A23" w14:textId="35D047D0" w:rsidR="00594A95" w:rsidRDefault="00594A95" w:rsidP="007A7F82"/>
        </w:tc>
        <w:tc>
          <w:tcPr>
            <w:tcW w:w="5182" w:type="dxa"/>
          </w:tcPr>
          <w:p w14:paraId="07B7DA71" w14:textId="77777777" w:rsidR="007A7F82" w:rsidRDefault="007A7F82" w:rsidP="007A7F82"/>
        </w:tc>
      </w:tr>
      <w:tr w:rsidR="007A7F82" w14:paraId="491E790F" w14:textId="77777777" w:rsidTr="007A7F82">
        <w:tc>
          <w:tcPr>
            <w:tcW w:w="5182" w:type="dxa"/>
            <w:shd w:val="clear" w:color="auto" w:fill="D9D9D9" w:themeFill="background1" w:themeFillShade="D9"/>
          </w:tcPr>
          <w:p w14:paraId="3C3C6DAB" w14:textId="77777777" w:rsidR="007A7F82" w:rsidRDefault="007A7F82" w:rsidP="007A7F82">
            <w:pPr>
              <w:rPr>
                <w:rFonts w:ascii="Times New Roman" w:hAnsi="Times New Roman" w:cs="Times New Roman"/>
                <w:b/>
                <w:bCs/>
                <w:sz w:val="24"/>
                <w:szCs w:val="24"/>
              </w:rPr>
            </w:pPr>
            <w:r w:rsidRPr="003262E2">
              <w:rPr>
                <w:rFonts w:ascii="Times New Roman" w:hAnsi="Times New Roman" w:cs="Times New Roman"/>
                <w:b/>
                <w:bCs/>
                <w:sz w:val="24"/>
                <w:szCs w:val="24"/>
              </w:rPr>
              <w:t>Horario</w:t>
            </w:r>
          </w:p>
          <w:p w14:paraId="4DF1FD0F" w14:textId="7BAD239E" w:rsidR="00594A95" w:rsidRDefault="00594A95" w:rsidP="007A7F82"/>
        </w:tc>
        <w:tc>
          <w:tcPr>
            <w:tcW w:w="5182" w:type="dxa"/>
          </w:tcPr>
          <w:p w14:paraId="5785F540" w14:textId="77777777" w:rsidR="007A7F82" w:rsidRDefault="007A7F82" w:rsidP="007A7F82"/>
        </w:tc>
      </w:tr>
      <w:tr w:rsidR="007A7F82" w14:paraId="5C9590E8" w14:textId="77777777" w:rsidTr="007A7F82">
        <w:tc>
          <w:tcPr>
            <w:tcW w:w="5182" w:type="dxa"/>
            <w:shd w:val="clear" w:color="auto" w:fill="D9D9D9" w:themeFill="background1" w:themeFillShade="D9"/>
          </w:tcPr>
          <w:p w14:paraId="67B3488E" w14:textId="77777777" w:rsidR="007A7F82" w:rsidRDefault="007A7F82" w:rsidP="007A7F82">
            <w:pPr>
              <w:rPr>
                <w:rFonts w:ascii="Times New Roman" w:hAnsi="Times New Roman" w:cs="Times New Roman"/>
                <w:b/>
                <w:bCs/>
                <w:sz w:val="24"/>
                <w:szCs w:val="24"/>
              </w:rPr>
            </w:pPr>
            <w:r w:rsidRPr="003262E2">
              <w:rPr>
                <w:rFonts w:ascii="Times New Roman" w:hAnsi="Times New Roman" w:cs="Times New Roman"/>
                <w:b/>
                <w:bCs/>
                <w:sz w:val="24"/>
                <w:szCs w:val="24"/>
              </w:rPr>
              <w:t>Horas por día</w:t>
            </w:r>
          </w:p>
          <w:p w14:paraId="31170200" w14:textId="754809F7" w:rsidR="00594A95" w:rsidRDefault="00594A95" w:rsidP="007A7F82"/>
        </w:tc>
        <w:tc>
          <w:tcPr>
            <w:tcW w:w="5182" w:type="dxa"/>
          </w:tcPr>
          <w:p w14:paraId="5AB493C3" w14:textId="77777777" w:rsidR="007A7F82" w:rsidRDefault="007A7F82" w:rsidP="007A7F82"/>
        </w:tc>
      </w:tr>
      <w:tr w:rsidR="007A7F82" w14:paraId="5CFBAAEE" w14:textId="77777777" w:rsidTr="007A7F82">
        <w:tc>
          <w:tcPr>
            <w:tcW w:w="5182" w:type="dxa"/>
            <w:shd w:val="clear" w:color="auto" w:fill="D9D9D9" w:themeFill="background1" w:themeFillShade="D9"/>
          </w:tcPr>
          <w:p w14:paraId="0C67F1D1" w14:textId="77777777" w:rsidR="007A7F82" w:rsidRDefault="007A7F82" w:rsidP="007A7F82">
            <w:pPr>
              <w:rPr>
                <w:rFonts w:ascii="Times New Roman" w:hAnsi="Times New Roman" w:cs="Times New Roman"/>
                <w:b/>
                <w:bCs/>
                <w:sz w:val="24"/>
                <w:szCs w:val="24"/>
              </w:rPr>
            </w:pPr>
            <w:r w:rsidRPr="003262E2">
              <w:rPr>
                <w:rFonts w:ascii="Times New Roman" w:hAnsi="Times New Roman" w:cs="Times New Roman"/>
                <w:b/>
                <w:bCs/>
                <w:sz w:val="24"/>
                <w:szCs w:val="24"/>
              </w:rPr>
              <w:t>Total de horas programadas</w:t>
            </w:r>
          </w:p>
          <w:p w14:paraId="70E4F1CA" w14:textId="63F36B4A" w:rsidR="00594A95" w:rsidRDefault="00594A95" w:rsidP="007A7F82"/>
        </w:tc>
        <w:tc>
          <w:tcPr>
            <w:tcW w:w="5182" w:type="dxa"/>
          </w:tcPr>
          <w:p w14:paraId="1A1CC699" w14:textId="77777777" w:rsidR="007A7F82" w:rsidRDefault="007A7F82" w:rsidP="007A7F82"/>
        </w:tc>
      </w:tr>
    </w:tbl>
    <w:p w14:paraId="1AE92E0B" w14:textId="12078039" w:rsidR="00D62B24" w:rsidRPr="003262E2" w:rsidRDefault="0052009C">
      <w:pPr>
        <w:pStyle w:val="Ttulo1"/>
        <w:rPr>
          <w:rFonts w:ascii="Times New Roman" w:hAnsi="Times New Roman" w:cs="Times New Roman"/>
          <w:color w:val="auto"/>
          <w:sz w:val="24"/>
          <w:szCs w:val="24"/>
        </w:rPr>
      </w:pPr>
      <w:r w:rsidRPr="003262E2">
        <w:rPr>
          <w:rFonts w:ascii="Times New Roman" w:hAnsi="Times New Roman" w:cs="Times New Roman"/>
          <w:color w:val="auto"/>
          <w:sz w:val="24"/>
          <w:szCs w:val="24"/>
        </w:rPr>
        <w:t>IV. Justificación</w:t>
      </w:r>
    </w:p>
    <w:p w14:paraId="7E9826C5"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¿Qué debes hacer? </w:t>
      </w:r>
      <w:r w:rsidRPr="003262E2">
        <w:rPr>
          <w:rFonts w:ascii="Times New Roman" w:hAnsi="Times New Roman" w:cs="Times New Roman"/>
          <w:sz w:val="24"/>
          <w:szCs w:val="24"/>
          <w:highlight w:val="yellow"/>
        </w:rPr>
        <w:t>Explica por qué realizarás tu Servicio Social en esa institución y qué esperas aportar. No necesitas demostrar una relación directa con tu licenciatura; describe la razón real de tu participación y tu posible contribución.</w:t>
      </w:r>
    </w:p>
    <w:p w14:paraId="2E145E69"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Ejemplo: </w:t>
      </w:r>
      <w:r w:rsidRPr="003262E2">
        <w:rPr>
          <w:rFonts w:ascii="Times New Roman" w:hAnsi="Times New Roman" w:cs="Times New Roman"/>
          <w:sz w:val="24"/>
          <w:szCs w:val="24"/>
          <w:highlight w:val="yellow"/>
        </w:rPr>
        <w:t>Elegí esta institución porque me permitirá colaborar en actividades de atención y organización administrativa. Espero apoyar al área en el control de documentos, atención de usuarios y organización de información, mientras fortalezco mis habilidades de comunicación y trabajo en equipo.</w:t>
      </w:r>
    </w:p>
    <w:p w14:paraId="5E76ABF3"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i/>
          <w:sz w:val="24"/>
          <w:szCs w:val="24"/>
          <w:highlight w:val="yellow"/>
        </w:rPr>
        <w:t>Extensión sugerida: media cuartilla.</w:t>
      </w:r>
    </w:p>
    <w:p w14:paraId="46DC396D" w14:textId="77777777" w:rsidR="00D62B24" w:rsidRPr="003262E2" w:rsidRDefault="0052009C">
      <w:pPr>
        <w:pStyle w:val="Ttulo1"/>
        <w:rPr>
          <w:rFonts w:ascii="Times New Roman" w:hAnsi="Times New Roman" w:cs="Times New Roman"/>
          <w:color w:val="auto"/>
          <w:sz w:val="24"/>
          <w:szCs w:val="24"/>
        </w:rPr>
      </w:pPr>
      <w:r w:rsidRPr="003262E2">
        <w:rPr>
          <w:rFonts w:ascii="Times New Roman" w:hAnsi="Times New Roman" w:cs="Times New Roman"/>
          <w:color w:val="auto"/>
          <w:sz w:val="24"/>
          <w:szCs w:val="24"/>
        </w:rPr>
        <w:t>V. Objetivo del Servicio Social</w:t>
      </w:r>
    </w:p>
    <w:p w14:paraId="0993D574"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¿Qué debes hacer? </w:t>
      </w:r>
      <w:r w:rsidRPr="003262E2">
        <w:rPr>
          <w:rFonts w:ascii="Times New Roman" w:hAnsi="Times New Roman" w:cs="Times New Roman"/>
          <w:sz w:val="24"/>
          <w:szCs w:val="24"/>
          <w:highlight w:val="yellow"/>
        </w:rPr>
        <w:t>Redacta un solo objetivo general indicando qué harás y para qué. Evita convertirlo en una meta de investigación.</w:t>
      </w:r>
    </w:p>
    <w:p w14:paraId="0770883A"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b/>
          <w:sz w:val="24"/>
          <w:szCs w:val="24"/>
          <w:highlight w:val="yellow"/>
        </w:rPr>
        <w:t xml:space="preserve">Ejemplo: </w:t>
      </w:r>
      <w:r w:rsidRPr="003262E2">
        <w:rPr>
          <w:rFonts w:ascii="Times New Roman" w:hAnsi="Times New Roman" w:cs="Times New Roman"/>
          <w:sz w:val="24"/>
          <w:szCs w:val="24"/>
          <w:highlight w:val="yellow"/>
        </w:rPr>
        <w:t>Apoyar en las actividades administrativas del área mediante la organización de información, elaboración de documentos y atención de usuarios, contribuyendo al desarrollo de las actividades institucionales.</w:t>
      </w:r>
    </w:p>
    <w:p w14:paraId="0326DEAF"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b/>
          <w:sz w:val="24"/>
          <w:szCs w:val="24"/>
        </w:rPr>
        <w:t>Objetivo:</w:t>
      </w:r>
    </w:p>
    <w:p w14:paraId="7AF99140" w14:textId="77777777" w:rsidR="00D62B24" w:rsidRPr="003262E2" w:rsidRDefault="0052009C">
      <w:pPr>
        <w:pStyle w:val="Ttulo1"/>
        <w:rPr>
          <w:rFonts w:ascii="Times New Roman" w:hAnsi="Times New Roman" w:cs="Times New Roman"/>
          <w:color w:val="auto"/>
          <w:sz w:val="24"/>
          <w:szCs w:val="24"/>
        </w:rPr>
      </w:pPr>
      <w:r w:rsidRPr="003262E2">
        <w:rPr>
          <w:rFonts w:ascii="Times New Roman" w:hAnsi="Times New Roman" w:cs="Times New Roman"/>
          <w:color w:val="auto"/>
          <w:sz w:val="24"/>
          <w:szCs w:val="24"/>
        </w:rPr>
        <w:lastRenderedPageBreak/>
        <w:t>VI. Actividades a realizar</w:t>
      </w:r>
    </w:p>
    <w:p w14:paraId="53464760"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¿Qué debes hacer? </w:t>
      </w:r>
      <w:r w:rsidRPr="003262E2">
        <w:rPr>
          <w:rFonts w:ascii="Times New Roman" w:hAnsi="Times New Roman" w:cs="Times New Roman"/>
          <w:sz w:val="24"/>
          <w:szCs w:val="24"/>
          <w:highlight w:val="yellow"/>
        </w:rPr>
        <w:t>Anota 4 o 5 actividades principales, claras y concretas. Pueden ajustarse durante el Servicio Social conforme a la operación de la institución receptora, dentro del marco institucional aplicable.</w:t>
      </w:r>
    </w:p>
    <w:p w14:paraId="4A2D02EB"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b/>
          <w:sz w:val="24"/>
          <w:szCs w:val="24"/>
          <w:highlight w:val="yellow"/>
        </w:rPr>
        <w:t xml:space="preserve">Ejemplo: </w:t>
      </w:r>
      <w:r w:rsidRPr="003262E2">
        <w:rPr>
          <w:rFonts w:ascii="Times New Roman" w:hAnsi="Times New Roman" w:cs="Times New Roman"/>
          <w:sz w:val="24"/>
          <w:szCs w:val="24"/>
          <w:highlight w:val="yellow"/>
        </w:rPr>
        <w:t>Registrar y organizar expedientes; apoyar en la atención de usuarios; elaborar documentos administrativos; actualizar bases de datos; colaborar en actividades institucionales.</w:t>
      </w:r>
    </w:p>
    <w:tbl>
      <w:tblPr>
        <w:tblStyle w:val="Tablaconcuadrcula"/>
        <w:tblW w:w="0" w:type="auto"/>
        <w:jc w:val="center"/>
        <w:tblLook w:val="04A0" w:firstRow="1" w:lastRow="0" w:firstColumn="1" w:lastColumn="0" w:noHBand="0" w:noVBand="1"/>
      </w:tblPr>
      <w:tblGrid>
        <w:gridCol w:w="2556"/>
        <w:gridCol w:w="2556"/>
        <w:gridCol w:w="2556"/>
        <w:gridCol w:w="2556"/>
      </w:tblGrid>
      <w:tr w:rsidR="00A45BA9" w:rsidRPr="003262E2" w14:paraId="3687C369" w14:textId="77777777" w:rsidTr="00B77E90">
        <w:trPr>
          <w:jc w:val="center"/>
        </w:trPr>
        <w:tc>
          <w:tcPr>
            <w:tcW w:w="2556" w:type="dxa"/>
            <w:shd w:val="clear" w:color="auto" w:fill="D9D9D9" w:themeFill="background1" w:themeFillShade="D9"/>
            <w:tcMar>
              <w:top w:w="90" w:type="dxa"/>
              <w:left w:w="90" w:type="dxa"/>
              <w:bottom w:w="90" w:type="dxa"/>
              <w:right w:w="90" w:type="dxa"/>
            </w:tcMar>
            <w:vAlign w:val="center"/>
          </w:tcPr>
          <w:p w14:paraId="3BD5D16E" w14:textId="77777777" w:rsidR="00D62B24" w:rsidRPr="003262E2" w:rsidRDefault="0052009C">
            <w:pPr>
              <w:rPr>
                <w:rFonts w:ascii="Times New Roman" w:hAnsi="Times New Roman" w:cs="Times New Roman"/>
                <w:b/>
                <w:bCs/>
                <w:sz w:val="24"/>
                <w:szCs w:val="24"/>
              </w:rPr>
            </w:pPr>
            <w:r w:rsidRPr="003262E2">
              <w:rPr>
                <w:rFonts w:ascii="Times New Roman" w:hAnsi="Times New Roman" w:cs="Times New Roman"/>
                <w:b/>
                <w:bCs/>
                <w:sz w:val="24"/>
                <w:szCs w:val="24"/>
              </w:rPr>
              <w:t>No.</w:t>
            </w:r>
          </w:p>
        </w:tc>
        <w:tc>
          <w:tcPr>
            <w:tcW w:w="2556" w:type="dxa"/>
            <w:shd w:val="clear" w:color="auto" w:fill="D9D9D9" w:themeFill="background1" w:themeFillShade="D9"/>
            <w:tcMar>
              <w:top w:w="90" w:type="dxa"/>
              <w:left w:w="90" w:type="dxa"/>
              <w:bottom w:w="90" w:type="dxa"/>
              <w:right w:w="90" w:type="dxa"/>
            </w:tcMar>
            <w:vAlign w:val="center"/>
          </w:tcPr>
          <w:p w14:paraId="14D03D8F" w14:textId="77777777" w:rsidR="00D62B24" w:rsidRPr="003262E2" w:rsidRDefault="0052009C">
            <w:pPr>
              <w:rPr>
                <w:rFonts w:ascii="Times New Roman" w:hAnsi="Times New Roman" w:cs="Times New Roman"/>
                <w:b/>
                <w:bCs/>
                <w:sz w:val="24"/>
                <w:szCs w:val="24"/>
              </w:rPr>
            </w:pPr>
            <w:r w:rsidRPr="003262E2">
              <w:rPr>
                <w:rFonts w:ascii="Times New Roman" w:hAnsi="Times New Roman" w:cs="Times New Roman"/>
                <w:b/>
                <w:bCs/>
                <w:sz w:val="24"/>
                <w:szCs w:val="24"/>
              </w:rPr>
              <w:t>Actividad</w:t>
            </w:r>
          </w:p>
        </w:tc>
        <w:tc>
          <w:tcPr>
            <w:tcW w:w="2556" w:type="dxa"/>
            <w:shd w:val="clear" w:color="auto" w:fill="D9D9D9" w:themeFill="background1" w:themeFillShade="D9"/>
            <w:tcMar>
              <w:top w:w="90" w:type="dxa"/>
              <w:left w:w="90" w:type="dxa"/>
              <w:bottom w:w="90" w:type="dxa"/>
              <w:right w:w="90" w:type="dxa"/>
            </w:tcMar>
            <w:vAlign w:val="center"/>
          </w:tcPr>
          <w:p w14:paraId="13D64D33" w14:textId="77777777" w:rsidR="00D62B24" w:rsidRPr="003262E2" w:rsidRDefault="0052009C">
            <w:pPr>
              <w:rPr>
                <w:rFonts w:ascii="Times New Roman" w:hAnsi="Times New Roman" w:cs="Times New Roman"/>
                <w:b/>
                <w:bCs/>
                <w:sz w:val="24"/>
                <w:szCs w:val="24"/>
              </w:rPr>
            </w:pPr>
            <w:r w:rsidRPr="003262E2">
              <w:rPr>
                <w:rFonts w:ascii="Times New Roman" w:hAnsi="Times New Roman" w:cs="Times New Roman"/>
                <w:b/>
                <w:bCs/>
                <w:sz w:val="24"/>
                <w:szCs w:val="24"/>
              </w:rPr>
              <w:t>¿Qué realizaré?</w:t>
            </w:r>
          </w:p>
        </w:tc>
        <w:tc>
          <w:tcPr>
            <w:tcW w:w="2556" w:type="dxa"/>
            <w:shd w:val="clear" w:color="auto" w:fill="D9D9D9" w:themeFill="background1" w:themeFillShade="D9"/>
            <w:tcMar>
              <w:top w:w="90" w:type="dxa"/>
              <w:left w:w="90" w:type="dxa"/>
              <w:bottom w:w="90" w:type="dxa"/>
              <w:right w:w="90" w:type="dxa"/>
            </w:tcMar>
            <w:vAlign w:val="center"/>
          </w:tcPr>
          <w:p w14:paraId="1F5C647D" w14:textId="77777777" w:rsidR="00D62B24" w:rsidRPr="003262E2" w:rsidRDefault="0052009C">
            <w:pPr>
              <w:rPr>
                <w:rFonts w:ascii="Times New Roman" w:hAnsi="Times New Roman" w:cs="Times New Roman"/>
                <w:b/>
                <w:bCs/>
                <w:sz w:val="24"/>
                <w:szCs w:val="24"/>
              </w:rPr>
            </w:pPr>
            <w:r w:rsidRPr="003262E2">
              <w:rPr>
                <w:rFonts w:ascii="Times New Roman" w:hAnsi="Times New Roman" w:cs="Times New Roman"/>
                <w:b/>
                <w:bCs/>
                <w:sz w:val="24"/>
                <w:szCs w:val="24"/>
              </w:rPr>
              <w:t>Periodicidad</w:t>
            </w:r>
          </w:p>
        </w:tc>
      </w:tr>
      <w:tr w:rsidR="00A45BA9" w:rsidRPr="003262E2" w14:paraId="203FE981" w14:textId="77777777">
        <w:trPr>
          <w:jc w:val="center"/>
        </w:trPr>
        <w:tc>
          <w:tcPr>
            <w:tcW w:w="2556" w:type="dxa"/>
            <w:tcMar>
              <w:top w:w="90" w:type="dxa"/>
              <w:left w:w="90" w:type="dxa"/>
              <w:bottom w:w="90" w:type="dxa"/>
              <w:right w:w="90" w:type="dxa"/>
            </w:tcMar>
            <w:vAlign w:val="center"/>
          </w:tcPr>
          <w:p w14:paraId="11606F3C"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1</w:t>
            </w:r>
          </w:p>
        </w:tc>
        <w:tc>
          <w:tcPr>
            <w:tcW w:w="2556" w:type="dxa"/>
            <w:tcMar>
              <w:top w:w="90" w:type="dxa"/>
              <w:left w:w="90" w:type="dxa"/>
              <w:bottom w:w="90" w:type="dxa"/>
              <w:right w:w="90" w:type="dxa"/>
            </w:tcMar>
            <w:vAlign w:val="center"/>
          </w:tcPr>
          <w:p w14:paraId="3B980D57"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53449374"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08D9A29C"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r>
      <w:tr w:rsidR="00A45BA9" w:rsidRPr="003262E2" w14:paraId="267F21FD" w14:textId="77777777">
        <w:trPr>
          <w:jc w:val="center"/>
        </w:trPr>
        <w:tc>
          <w:tcPr>
            <w:tcW w:w="2556" w:type="dxa"/>
            <w:tcMar>
              <w:top w:w="90" w:type="dxa"/>
              <w:left w:w="90" w:type="dxa"/>
              <w:bottom w:w="90" w:type="dxa"/>
              <w:right w:w="90" w:type="dxa"/>
            </w:tcMar>
            <w:vAlign w:val="center"/>
          </w:tcPr>
          <w:p w14:paraId="4EEDC17F"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2</w:t>
            </w:r>
          </w:p>
        </w:tc>
        <w:tc>
          <w:tcPr>
            <w:tcW w:w="2556" w:type="dxa"/>
            <w:tcMar>
              <w:top w:w="90" w:type="dxa"/>
              <w:left w:w="90" w:type="dxa"/>
              <w:bottom w:w="90" w:type="dxa"/>
              <w:right w:w="90" w:type="dxa"/>
            </w:tcMar>
            <w:vAlign w:val="center"/>
          </w:tcPr>
          <w:p w14:paraId="1224F17E"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2E5125C6"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7A22DCD7"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r>
      <w:tr w:rsidR="00A45BA9" w:rsidRPr="003262E2" w14:paraId="34974FD3" w14:textId="77777777">
        <w:trPr>
          <w:jc w:val="center"/>
        </w:trPr>
        <w:tc>
          <w:tcPr>
            <w:tcW w:w="2556" w:type="dxa"/>
            <w:tcMar>
              <w:top w:w="90" w:type="dxa"/>
              <w:left w:w="90" w:type="dxa"/>
              <w:bottom w:w="90" w:type="dxa"/>
              <w:right w:w="90" w:type="dxa"/>
            </w:tcMar>
            <w:vAlign w:val="center"/>
          </w:tcPr>
          <w:p w14:paraId="7647A061"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3</w:t>
            </w:r>
          </w:p>
        </w:tc>
        <w:tc>
          <w:tcPr>
            <w:tcW w:w="2556" w:type="dxa"/>
            <w:tcMar>
              <w:top w:w="90" w:type="dxa"/>
              <w:left w:w="90" w:type="dxa"/>
              <w:bottom w:w="90" w:type="dxa"/>
              <w:right w:w="90" w:type="dxa"/>
            </w:tcMar>
            <w:vAlign w:val="center"/>
          </w:tcPr>
          <w:p w14:paraId="34E08F4B"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25E5F302"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01A86780"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r>
      <w:tr w:rsidR="00A45BA9" w:rsidRPr="003262E2" w14:paraId="6F51D60E" w14:textId="77777777">
        <w:trPr>
          <w:jc w:val="center"/>
        </w:trPr>
        <w:tc>
          <w:tcPr>
            <w:tcW w:w="2556" w:type="dxa"/>
            <w:tcMar>
              <w:top w:w="90" w:type="dxa"/>
              <w:left w:w="90" w:type="dxa"/>
              <w:bottom w:w="90" w:type="dxa"/>
              <w:right w:w="90" w:type="dxa"/>
            </w:tcMar>
            <w:vAlign w:val="center"/>
          </w:tcPr>
          <w:p w14:paraId="2BDE1F95"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4</w:t>
            </w:r>
          </w:p>
        </w:tc>
        <w:tc>
          <w:tcPr>
            <w:tcW w:w="2556" w:type="dxa"/>
            <w:tcMar>
              <w:top w:w="90" w:type="dxa"/>
              <w:left w:w="90" w:type="dxa"/>
              <w:bottom w:w="90" w:type="dxa"/>
              <w:right w:w="90" w:type="dxa"/>
            </w:tcMar>
            <w:vAlign w:val="center"/>
          </w:tcPr>
          <w:p w14:paraId="036E5283"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3A603056"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172B330A"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r>
      <w:tr w:rsidR="00A45BA9" w:rsidRPr="003262E2" w14:paraId="0C059D3C" w14:textId="77777777">
        <w:trPr>
          <w:jc w:val="center"/>
        </w:trPr>
        <w:tc>
          <w:tcPr>
            <w:tcW w:w="2556" w:type="dxa"/>
            <w:tcMar>
              <w:top w:w="90" w:type="dxa"/>
              <w:left w:w="90" w:type="dxa"/>
              <w:bottom w:w="90" w:type="dxa"/>
              <w:right w:w="90" w:type="dxa"/>
            </w:tcMar>
            <w:vAlign w:val="center"/>
          </w:tcPr>
          <w:p w14:paraId="318DC59B"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5</w:t>
            </w:r>
          </w:p>
        </w:tc>
        <w:tc>
          <w:tcPr>
            <w:tcW w:w="2556" w:type="dxa"/>
            <w:tcMar>
              <w:top w:w="90" w:type="dxa"/>
              <w:left w:w="90" w:type="dxa"/>
              <w:bottom w:w="90" w:type="dxa"/>
              <w:right w:w="90" w:type="dxa"/>
            </w:tcMar>
            <w:vAlign w:val="center"/>
          </w:tcPr>
          <w:p w14:paraId="26E2A227"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5F7379A6"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c>
          <w:tcPr>
            <w:tcW w:w="2556" w:type="dxa"/>
            <w:tcMar>
              <w:top w:w="90" w:type="dxa"/>
              <w:left w:w="90" w:type="dxa"/>
              <w:bottom w:w="90" w:type="dxa"/>
              <w:right w:w="90" w:type="dxa"/>
            </w:tcMar>
            <w:vAlign w:val="center"/>
          </w:tcPr>
          <w:p w14:paraId="6C0EBA15" w14:textId="77777777" w:rsidR="00D62B24" w:rsidRPr="003262E2" w:rsidRDefault="0052009C">
            <w:pPr>
              <w:rPr>
                <w:rFonts w:ascii="Times New Roman" w:hAnsi="Times New Roman" w:cs="Times New Roman"/>
                <w:sz w:val="24"/>
                <w:szCs w:val="24"/>
              </w:rPr>
            </w:pPr>
            <w:r w:rsidRPr="003262E2">
              <w:rPr>
                <w:rFonts w:ascii="Times New Roman" w:hAnsi="Times New Roman" w:cs="Times New Roman"/>
                <w:sz w:val="24"/>
                <w:szCs w:val="24"/>
              </w:rPr>
              <w:t xml:space="preserve"> </w:t>
            </w:r>
          </w:p>
        </w:tc>
      </w:tr>
    </w:tbl>
    <w:p w14:paraId="228AE551" w14:textId="6C9A5E78" w:rsidR="00D62B24" w:rsidRPr="003262E2" w:rsidRDefault="0052009C">
      <w:pPr>
        <w:pStyle w:val="Ttulo1"/>
        <w:rPr>
          <w:rFonts w:ascii="Times New Roman" w:hAnsi="Times New Roman" w:cs="Times New Roman"/>
          <w:color w:val="auto"/>
          <w:sz w:val="24"/>
          <w:szCs w:val="24"/>
        </w:rPr>
      </w:pPr>
      <w:r w:rsidRPr="003262E2">
        <w:rPr>
          <w:rFonts w:ascii="Times New Roman" w:hAnsi="Times New Roman" w:cs="Times New Roman"/>
          <w:color w:val="auto"/>
          <w:sz w:val="24"/>
          <w:szCs w:val="24"/>
        </w:rPr>
        <w:t>VII. Visto bueno</w:t>
      </w:r>
    </w:p>
    <w:p w14:paraId="458C1B88" w14:textId="77777777" w:rsidR="00D62B24" w:rsidRPr="003262E2" w:rsidRDefault="0052009C">
      <w:pPr>
        <w:rPr>
          <w:rFonts w:ascii="Times New Roman" w:hAnsi="Times New Roman" w:cs="Times New Roman"/>
          <w:sz w:val="24"/>
          <w:szCs w:val="24"/>
          <w:highlight w:val="yellow"/>
        </w:rPr>
      </w:pPr>
      <w:r w:rsidRPr="003262E2">
        <w:rPr>
          <w:rFonts w:ascii="Times New Roman" w:hAnsi="Times New Roman" w:cs="Times New Roman"/>
          <w:b/>
          <w:sz w:val="24"/>
          <w:szCs w:val="24"/>
          <w:highlight w:val="yellow"/>
        </w:rPr>
        <w:t xml:space="preserve">¿Qué debes hacer? </w:t>
      </w:r>
      <w:r w:rsidRPr="003262E2">
        <w:rPr>
          <w:rFonts w:ascii="Times New Roman" w:hAnsi="Times New Roman" w:cs="Times New Roman"/>
          <w:sz w:val="24"/>
          <w:szCs w:val="24"/>
          <w:highlight w:val="yellow"/>
        </w:rPr>
        <w:t>El estudiante firma y la persona responsable de la institución receptora valida la planeación mediante su firma y sello.</w:t>
      </w:r>
    </w:p>
    <w:p w14:paraId="2B0918B5" w14:textId="03719F36" w:rsidR="00D62B24" w:rsidRDefault="0052009C">
      <w:pPr>
        <w:rPr>
          <w:rFonts w:ascii="Times New Roman" w:hAnsi="Times New Roman" w:cs="Times New Roman"/>
          <w:sz w:val="24"/>
          <w:szCs w:val="24"/>
        </w:rPr>
      </w:pPr>
      <w:r w:rsidRPr="003262E2">
        <w:rPr>
          <w:rFonts w:ascii="Times New Roman" w:hAnsi="Times New Roman" w:cs="Times New Roman"/>
          <w:b/>
          <w:sz w:val="24"/>
          <w:szCs w:val="24"/>
          <w:highlight w:val="yellow"/>
        </w:rPr>
        <w:t xml:space="preserve">Ejemplo: </w:t>
      </w:r>
      <w:r w:rsidRPr="003262E2">
        <w:rPr>
          <w:rFonts w:ascii="Times New Roman" w:hAnsi="Times New Roman" w:cs="Times New Roman"/>
          <w:sz w:val="24"/>
          <w:szCs w:val="24"/>
          <w:highlight w:val="yellow"/>
        </w:rPr>
        <w:t>Responsable: Lic. Ana Pérez | Cargo: Coordinadora Administrativa.</w:t>
      </w:r>
    </w:p>
    <w:tbl>
      <w:tblPr>
        <w:tblW w:w="10130" w:type="dxa"/>
        <w:tblInd w:w="75" w:type="dxa"/>
        <w:tblCellMar>
          <w:left w:w="70" w:type="dxa"/>
          <w:right w:w="70" w:type="dxa"/>
        </w:tblCellMar>
        <w:tblLook w:val="04A0" w:firstRow="1" w:lastRow="0" w:firstColumn="1" w:lastColumn="0" w:noHBand="0" w:noVBand="1"/>
      </w:tblPr>
      <w:tblGrid>
        <w:gridCol w:w="5098"/>
        <w:gridCol w:w="5032"/>
      </w:tblGrid>
      <w:tr w:rsidR="00B74BE0" w:rsidRPr="00B74BE0" w14:paraId="5361F550" w14:textId="77777777" w:rsidTr="00BB5F7E">
        <w:trPr>
          <w:trHeight w:val="351"/>
        </w:trPr>
        <w:tc>
          <w:tcPr>
            <w:tcW w:w="5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4354E11" w14:textId="74A6BDFD" w:rsidR="00B74BE0" w:rsidRPr="00B74BE0" w:rsidRDefault="00B74BE0" w:rsidP="00B74BE0">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r w:rsidRPr="003262E2">
              <w:rPr>
                <w:rFonts w:ascii="Times New Roman" w:hAnsi="Times New Roman" w:cs="Times New Roman"/>
                <w:b/>
                <w:bCs/>
                <w:sz w:val="24"/>
                <w:szCs w:val="24"/>
              </w:rPr>
              <w:t>Nombre del estudiante</w:t>
            </w:r>
          </w:p>
        </w:tc>
        <w:tc>
          <w:tcPr>
            <w:tcW w:w="5032" w:type="dxa"/>
            <w:tcBorders>
              <w:top w:val="single" w:sz="4" w:space="0" w:color="auto"/>
              <w:left w:val="nil"/>
              <w:bottom w:val="single" w:sz="4" w:space="0" w:color="auto"/>
              <w:right w:val="single" w:sz="4" w:space="0" w:color="auto"/>
            </w:tcBorders>
            <w:shd w:val="clear" w:color="auto" w:fill="auto"/>
            <w:noWrap/>
            <w:vAlign w:val="bottom"/>
            <w:hideMark/>
          </w:tcPr>
          <w:p w14:paraId="391EF65D" w14:textId="77777777" w:rsidR="00B74BE0" w:rsidRDefault="00B74BE0" w:rsidP="00B74BE0">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p>
          <w:p w14:paraId="4C00BD10" w14:textId="4240558E" w:rsidR="00BB5F7E" w:rsidRPr="00B74BE0" w:rsidRDefault="00BB5F7E" w:rsidP="00B74BE0">
            <w:pPr>
              <w:spacing w:after="0" w:line="240" w:lineRule="auto"/>
              <w:rPr>
                <w:rFonts w:ascii="Calibri" w:eastAsia="Times New Roman" w:hAnsi="Calibri" w:cs="Calibri"/>
                <w:color w:val="000000"/>
                <w:sz w:val="22"/>
                <w:lang w:val="es-MX" w:eastAsia="es-MX"/>
              </w:rPr>
            </w:pPr>
          </w:p>
        </w:tc>
      </w:tr>
      <w:tr w:rsidR="00B74BE0" w:rsidRPr="00B74BE0" w14:paraId="37DF3148" w14:textId="77777777" w:rsidTr="00BB5F7E">
        <w:trPr>
          <w:trHeight w:val="351"/>
        </w:trPr>
        <w:tc>
          <w:tcPr>
            <w:tcW w:w="509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00CEA7B" w14:textId="51052687" w:rsidR="00B74BE0" w:rsidRPr="00B74BE0" w:rsidRDefault="00B74BE0" w:rsidP="00B74BE0">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r w:rsidR="00BB5F7E" w:rsidRPr="003262E2">
              <w:rPr>
                <w:rFonts w:ascii="Times New Roman" w:hAnsi="Times New Roman" w:cs="Times New Roman"/>
                <w:b/>
                <w:bCs/>
                <w:sz w:val="24"/>
                <w:szCs w:val="24"/>
              </w:rPr>
              <w:t>Firma del estudiante</w:t>
            </w:r>
          </w:p>
        </w:tc>
        <w:tc>
          <w:tcPr>
            <w:tcW w:w="5032" w:type="dxa"/>
            <w:tcBorders>
              <w:top w:val="nil"/>
              <w:left w:val="nil"/>
              <w:bottom w:val="single" w:sz="4" w:space="0" w:color="auto"/>
              <w:right w:val="single" w:sz="4" w:space="0" w:color="auto"/>
            </w:tcBorders>
            <w:shd w:val="clear" w:color="auto" w:fill="auto"/>
            <w:noWrap/>
            <w:vAlign w:val="bottom"/>
            <w:hideMark/>
          </w:tcPr>
          <w:p w14:paraId="2A025510" w14:textId="77777777" w:rsidR="00B74BE0" w:rsidRDefault="00B74BE0" w:rsidP="00B74BE0">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p>
          <w:p w14:paraId="3A8C6A85" w14:textId="73DE1617" w:rsidR="00BB5F7E" w:rsidRPr="00B74BE0" w:rsidRDefault="00BB5F7E" w:rsidP="00B74BE0">
            <w:pPr>
              <w:spacing w:after="0" w:line="240" w:lineRule="auto"/>
              <w:rPr>
                <w:rFonts w:ascii="Calibri" w:eastAsia="Times New Roman" w:hAnsi="Calibri" w:cs="Calibri"/>
                <w:color w:val="000000"/>
                <w:sz w:val="22"/>
                <w:lang w:val="es-MX" w:eastAsia="es-MX"/>
              </w:rPr>
            </w:pPr>
          </w:p>
        </w:tc>
      </w:tr>
      <w:tr w:rsidR="00BB5F7E" w:rsidRPr="00B74BE0" w14:paraId="1778EB11" w14:textId="77777777" w:rsidTr="009A0D0D">
        <w:trPr>
          <w:trHeight w:val="351"/>
        </w:trPr>
        <w:tc>
          <w:tcPr>
            <w:tcW w:w="5098" w:type="dxa"/>
            <w:tcBorders>
              <w:top w:val="nil"/>
              <w:left w:val="single" w:sz="4" w:space="0" w:color="auto"/>
              <w:bottom w:val="single" w:sz="4" w:space="0" w:color="auto"/>
              <w:right w:val="single" w:sz="4" w:space="0" w:color="auto"/>
            </w:tcBorders>
            <w:shd w:val="clear" w:color="auto" w:fill="D9D9D9" w:themeFill="background1" w:themeFillShade="D9"/>
            <w:noWrap/>
            <w:vAlign w:val="center"/>
            <w:hideMark/>
          </w:tcPr>
          <w:p w14:paraId="08725D25" w14:textId="7438856A" w:rsidR="00BB5F7E" w:rsidRPr="00B74BE0" w:rsidRDefault="00BB5F7E" w:rsidP="00BB5F7E">
            <w:pPr>
              <w:spacing w:after="0" w:line="240" w:lineRule="auto"/>
              <w:rPr>
                <w:rFonts w:ascii="Calibri" w:eastAsia="Times New Roman" w:hAnsi="Calibri" w:cs="Calibri"/>
                <w:color w:val="000000"/>
                <w:sz w:val="22"/>
                <w:lang w:val="es-MX" w:eastAsia="es-MX"/>
              </w:rPr>
            </w:pPr>
            <w:r w:rsidRPr="003262E2">
              <w:rPr>
                <w:rFonts w:ascii="Times New Roman" w:hAnsi="Times New Roman" w:cs="Times New Roman"/>
                <w:b/>
                <w:bCs/>
                <w:sz w:val="24"/>
                <w:szCs w:val="24"/>
              </w:rPr>
              <w:t>Nombre del responsable receptor</w:t>
            </w:r>
          </w:p>
        </w:tc>
        <w:tc>
          <w:tcPr>
            <w:tcW w:w="5032" w:type="dxa"/>
            <w:tcBorders>
              <w:top w:val="nil"/>
              <w:left w:val="nil"/>
              <w:bottom w:val="single" w:sz="4" w:space="0" w:color="auto"/>
              <w:right w:val="single" w:sz="4" w:space="0" w:color="auto"/>
            </w:tcBorders>
            <w:shd w:val="clear" w:color="auto" w:fill="auto"/>
            <w:noWrap/>
            <w:vAlign w:val="bottom"/>
            <w:hideMark/>
          </w:tcPr>
          <w:p w14:paraId="4D97B247" w14:textId="77777777" w:rsidR="00BB5F7E" w:rsidRDefault="00BB5F7E" w:rsidP="00BB5F7E">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p>
          <w:p w14:paraId="266BFA95" w14:textId="3685FF16" w:rsidR="00BB5F7E" w:rsidRPr="00B74BE0" w:rsidRDefault="00BB5F7E" w:rsidP="00BB5F7E">
            <w:pPr>
              <w:spacing w:after="0" w:line="240" w:lineRule="auto"/>
              <w:rPr>
                <w:rFonts w:ascii="Calibri" w:eastAsia="Times New Roman" w:hAnsi="Calibri" w:cs="Calibri"/>
                <w:color w:val="000000"/>
                <w:sz w:val="22"/>
                <w:lang w:val="es-MX" w:eastAsia="es-MX"/>
              </w:rPr>
            </w:pPr>
          </w:p>
        </w:tc>
      </w:tr>
      <w:tr w:rsidR="00BB5F7E" w:rsidRPr="00B74BE0" w14:paraId="54C092DF" w14:textId="77777777" w:rsidTr="00BB5F7E">
        <w:trPr>
          <w:trHeight w:val="351"/>
        </w:trPr>
        <w:tc>
          <w:tcPr>
            <w:tcW w:w="509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14DEA2DA" w14:textId="700C2998" w:rsidR="00BB5F7E" w:rsidRPr="00B74BE0" w:rsidRDefault="00BB5F7E" w:rsidP="00BB5F7E">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r w:rsidRPr="003262E2">
              <w:rPr>
                <w:rFonts w:ascii="Times New Roman" w:hAnsi="Times New Roman" w:cs="Times New Roman"/>
                <w:b/>
                <w:bCs/>
                <w:sz w:val="24"/>
                <w:szCs w:val="24"/>
              </w:rPr>
              <w:t>Cargo</w:t>
            </w:r>
          </w:p>
        </w:tc>
        <w:tc>
          <w:tcPr>
            <w:tcW w:w="5032" w:type="dxa"/>
            <w:tcBorders>
              <w:top w:val="nil"/>
              <w:left w:val="nil"/>
              <w:bottom w:val="single" w:sz="4" w:space="0" w:color="auto"/>
              <w:right w:val="single" w:sz="4" w:space="0" w:color="auto"/>
            </w:tcBorders>
            <w:shd w:val="clear" w:color="auto" w:fill="auto"/>
            <w:noWrap/>
            <w:vAlign w:val="bottom"/>
            <w:hideMark/>
          </w:tcPr>
          <w:p w14:paraId="2866FC06" w14:textId="77777777" w:rsidR="00BB5F7E" w:rsidRDefault="00BB5F7E" w:rsidP="00BB5F7E">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p>
          <w:p w14:paraId="3C1A3719" w14:textId="4F9F2BFA" w:rsidR="00BB5F7E" w:rsidRPr="00B74BE0" w:rsidRDefault="00BB5F7E" w:rsidP="00BB5F7E">
            <w:pPr>
              <w:spacing w:after="0" w:line="240" w:lineRule="auto"/>
              <w:rPr>
                <w:rFonts w:ascii="Calibri" w:eastAsia="Times New Roman" w:hAnsi="Calibri" w:cs="Calibri"/>
                <w:color w:val="000000"/>
                <w:sz w:val="22"/>
                <w:lang w:val="es-MX" w:eastAsia="es-MX"/>
              </w:rPr>
            </w:pPr>
          </w:p>
        </w:tc>
      </w:tr>
      <w:tr w:rsidR="00BB5F7E" w:rsidRPr="00B74BE0" w14:paraId="3ED81C72" w14:textId="77777777" w:rsidTr="00BB5F7E">
        <w:trPr>
          <w:trHeight w:val="351"/>
        </w:trPr>
        <w:tc>
          <w:tcPr>
            <w:tcW w:w="509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7ACF5837" w14:textId="11EF08E4" w:rsidR="00BB5F7E" w:rsidRPr="00B74BE0" w:rsidRDefault="00BB5F7E" w:rsidP="00BB5F7E">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r w:rsidRPr="003262E2">
              <w:rPr>
                <w:rFonts w:ascii="Times New Roman" w:hAnsi="Times New Roman" w:cs="Times New Roman"/>
                <w:b/>
                <w:bCs/>
                <w:sz w:val="24"/>
                <w:szCs w:val="24"/>
              </w:rPr>
              <w:t>Firma del responsable</w:t>
            </w:r>
          </w:p>
        </w:tc>
        <w:tc>
          <w:tcPr>
            <w:tcW w:w="5032" w:type="dxa"/>
            <w:tcBorders>
              <w:top w:val="nil"/>
              <w:left w:val="nil"/>
              <w:bottom w:val="single" w:sz="4" w:space="0" w:color="auto"/>
              <w:right w:val="single" w:sz="4" w:space="0" w:color="auto"/>
            </w:tcBorders>
            <w:shd w:val="clear" w:color="auto" w:fill="auto"/>
            <w:noWrap/>
            <w:vAlign w:val="bottom"/>
            <w:hideMark/>
          </w:tcPr>
          <w:p w14:paraId="3D0FBD86" w14:textId="77777777" w:rsidR="00BB5F7E" w:rsidRDefault="00BB5F7E" w:rsidP="00BB5F7E">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p>
          <w:p w14:paraId="7F7822B3" w14:textId="11DF42BB" w:rsidR="00BB5F7E" w:rsidRPr="00B74BE0" w:rsidRDefault="00BB5F7E" w:rsidP="00BB5F7E">
            <w:pPr>
              <w:spacing w:after="0" w:line="240" w:lineRule="auto"/>
              <w:rPr>
                <w:rFonts w:ascii="Calibri" w:eastAsia="Times New Roman" w:hAnsi="Calibri" w:cs="Calibri"/>
                <w:color w:val="000000"/>
                <w:sz w:val="22"/>
                <w:lang w:val="es-MX" w:eastAsia="es-MX"/>
              </w:rPr>
            </w:pPr>
          </w:p>
        </w:tc>
      </w:tr>
      <w:tr w:rsidR="00BB5F7E" w:rsidRPr="00B74BE0" w14:paraId="0ADD723A" w14:textId="77777777" w:rsidTr="00BB5F7E">
        <w:trPr>
          <w:trHeight w:val="351"/>
        </w:trPr>
        <w:tc>
          <w:tcPr>
            <w:tcW w:w="5098" w:type="dxa"/>
            <w:tcBorders>
              <w:top w:val="nil"/>
              <w:left w:val="single" w:sz="4" w:space="0" w:color="auto"/>
              <w:bottom w:val="single" w:sz="4" w:space="0" w:color="auto"/>
              <w:right w:val="single" w:sz="4" w:space="0" w:color="auto"/>
            </w:tcBorders>
            <w:shd w:val="clear" w:color="auto" w:fill="D9D9D9" w:themeFill="background1" w:themeFillShade="D9"/>
            <w:noWrap/>
            <w:vAlign w:val="bottom"/>
            <w:hideMark/>
          </w:tcPr>
          <w:p w14:paraId="03C81F27" w14:textId="0305AE88" w:rsidR="00BB5F7E" w:rsidRPr="00B74BE0" w:rsidRDefault="00BB5F7E" w:rsidP="00BB5F7E">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r w:rsidRPr="003262E2">
              <w:rPr>
                <w:rFonts w:ascii="Times New Roman" w:hAnsi="Times New Roman" w:cs="Times New Roman"/>
                <w:b/>
                <w:bCs/>
                <w:sz w:val="24"/>
                <w:szCs w:val="24"/>
              </w:rPr>
              <w:t>Sello de la institución</w:t>
            </w:r>
          </w:p>
        </w:tc>
        <w:tc>
          <w:tcPr>
            <w:tcW w:w="5032" w:type="dxa"/>
            <w:tcBorders>
              <w:top w:val="nil"/>
              <w:left w:val="nil"/>
              <w:bottom w:val="single" w:sz="4" w:space="0" w:color="auto"/>
              <w:right w:val="single" w:sz="4" w:space="0" w:color="auto"/>
            </w:tcBorders>
            <w:shd w:val="clear" w:color="auto" w:fill="auto"/>
            <w:noWrap/>
            <w:vAlign w:val="bottom"/>
            <w:hideMark/>
          </w:tcPr>
          <w:p w14:paraId="6E15C68D" w14:textId="77777777" w:rsidR="00BB5F7E" w:rsidRDefault="00BB5F7E" w:rsidP="00BB5F7E">
            <w:pPr>
              <w:spacing w:after="0" w:line="240" w:lineRule="auto"/>
              <w:rPr>
                <w:rFonts w:ascii="Calibri" w:eastAsia="Times New Roman" w:hAnsi="Calibri" w:cs="Calibri"/>
                <w:color w:val="000000"/>
                <w:sz w:val="22"/>
                <w:lang w:val="es-MX" w:eastAsia="es-MX"/>
              </w:rPr>
            </w:pPr>
            <w:r w:rsidRPr="00B74BE0">
              <w:rPr>
                <w:rFonts w:ascii="Calibri" w:eastAsia="Times New Roman" w:hAnsi="Calibri" w:cs="Calibri"/>
                <w:color w:val="000000"/>
                <w:sz w:val="22"/>
                <w:lang w:val="es-MX" w:eastAsia="es-MX"/>
              </w:rPr>
              <w:t> </w:t>
            </w:r>
          </w:p>
          <w:p w14:paraId="43C6994F" w14:textId="77777777" w:rsidR="00BB5F7E" w:rsidRDefault="00BB5F7E" w:rsidP="00BB5F7E">
            <w:pPr>
              <w:spacing w:after="0" w:line="240" w:lineRule="auto"/>
              <w:rPr>
                <w:rFonts w:ascii="Calibri" w:eastAsia="Times New Roman" w:hAnsi="Calibri" w:cs="Calibri"/>
                <w:color w:val="000000"/>
                <w:sz w:val="22"/>
                <w:lang w:val="es-MX" w:eastAsia="es-MX"/>
              </w:rPr>
            </w:pPr>
          </w:p>
          <w:p w14:paraId="1BE59C3F" w14:textId="77777777" w:rsidR="00BB5F7E" w:rsidRDefault="00BB5F7E" w:rsidP="00BB5F7E">
            <w:pPr>
              <w:spacing w:after="0" w:line="240" w:lineRule="auto"/>
              <w:rPr>
                <w:rFonts w:ascii="Calibri" w:eastAsia="Times New Roman" w:hAnsi="Calibri" w:cs="Calibri"/>
                <w:color w:val="000000"/>
                <w:sz w:val="22"/>
                <w:lang w:val="es-MX" w:eastAsia="es-MX"/>
              </w:rPr>
            </w:pPr>
          </w:p>
          <w:p w14:paraId="0A6A378A" w14:textId="77777777" w:rsidR="00BB5F7E" w:rsidRDefault="00BB5F7E" w:rsidP="00BB5F7E">
            <w:pPr>
              <w:spacing w:after="0" w:line="240" w:lineRule="auto"/>
              <w:rPr>
                <w:rFonts w:ascii="Calibri" w:eastAsia="Times New Roman" w:hAnsi="Calibri" w:cs="Calibri"/>
                <w:color w:val="000000"/>
                <w:sz w:val="22"/>
                <w:lang w:val="es-MX" w:eastAsia="es-MX"/>
              </w:rPr>
            </w:pPr>
          </w:p>
          <w:p w14:paraId="0BE13BE4" w14:textId="77777777" w:rsidR="00BB5F7E" w:rsidRDefault="00BB5F7E" w:rsidP="00BB5F7E">
            <w:pPr>
              <w:spacing w:after="0" w:line="240" w:lineRule="auto"/>
              <w:rPr>
                <w:rFonts w:ascii="Calibri" w:eastAsia="Times New Roman" w:hAnsi="Calibri" w:cs="Calibri"/>
                <w:color w:val="000000"/>
                <w:sz w:val="22"/>
                <w:lang w:val="es-MX" w:eastAsia="es-MX"/>
              </w:rPr>
            </w:pPr>
          </w:p>
          <w:p w14:paraId="112BDE81" w14:textId="77777777" w:rsidR="00BB5F7E" w:rsidRDefault="00BB5F7E" w:rsidP="00BB5F7E">
            <w:pPr>
              <w:spacing w:after="0" w:line="240" w:lineRule="auto"/>
              <w:rPr>
                <w:rFonts w:ascii="Calibri" w:eastAsia="Times New Roman" w:hAnsi="Calibri" w:cs="Calibri"/>
                <w:color w:val="000000"/>
                <w:sz w:val="22"/>
                <w:lang w:val="es-MX" w:eastAsia="es-MX"/>
              </w:rPr>
            </w:pPr>
          </w:p>
          <w:p w14:paraId="2F5FD790" w14:textId="5B03AA11" w:rsidR="00BB5F7E" w:rsidRPr="00B74BE0" w:rsidRDefault="00BB5F7E" w:rsidP="00BB5F7E">
            <w:pPr>
              <w:spacing w:after="0" w:line="240" w:lineRule="auto"/>
              <w:rPr>
                <w:rFonts w:ascii="Calibri" w:eastAsia="Times New Roman" w:hAnsi="Calibri" w:cs="Calibri"/>
                <w:color w:val="000000"/>
                <w:sz w:val="22"/>
                <w:lang w:val="es-MX" w:eastAsia="es-MX"/>
              </w:rPr>
            </w:pPr>
          </w:p>
        </w:tc>
      </w:tr>
      <w:tr w:rsidR="00BB5F7E" w:rsidRPr="00B74BE0" w14:paraId="32F574F4" w14:textId="77777777" w:rsidTr="00BB5F7E">
        <w:trPr>
          <w:trHeight w:val="351"/>
        </w:trPr>
        <w:tc>
          <w:tcPr>
            <w:tcW w:w="1013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C73D669" w14:textId="617B082E" w:rsidR="00BB5F7E" w:rsidRPr="00B74BE0" w:rsidRDefault="00BB5F7E" w:rsidP="00BB5F7E">
            <w:pPr>
              <w:spacing w:after="0" w:line="240" w:lineRule="auto"/>
              <w:rPr>
                <w:rFonts w:ascii="Calibri" w:eastAsia="Times New Roman" w:hAnsi="Calibri" w:cs="Calibri"/>
                <w:color w:val="000000"/>
                <w:sz w:val="22"/>
                <w:lang w:val="es-MX" w:eastAsia="es-MX"/>
              </w:rPr>
            </w:pPr>
            <w:r w:rsidRPr="003262E2">
              <w:rPr>
                <w:rFonts w:ascii="Times New Roman" w:hAnsi="Times New Roman" w:cs="Times New Roman"/>
                <w:b/>
                <w:bCs/>
                <w:i/>
                <w:sz w:val="24"/>
                <w:szCs w:val="24"/>
              </w:rPr>
              <w:t>RECUERDA:</w:t>
            </w:r>
            <w:r w:rsidRPr="003262E2">
              <w:rPr>
                <w:rFonts w:ascii="Times New Roman" w:hAnsi="Times New Roman" w:cs="Times New Roman"/>
                <w:i/>
                <w:sz w:val="24"/>
                <w:szCs w:val="24"/>
              </w:rPr>
              <w:t xml:space="preserve"> El Anteproyecto es una planeación inicial. No necesitas elaborar hipótesis, marco teórico, metodología de investigación ni bibliografía obligatoria. El documento debe permitir identificar con claridad dónde realizarás el Servicio Social, qué actividades realizarás, con qué propósito y cómo se organizarán.</w:t>
            </w:r>
            <w:r w:rsidRPr="00B74BE0">
              <w:rPr>
                <w:rFonts w:ascii="Calibri" w:eastAsia="Times New Roman" w:hAnsi="Calibri" w:cs="Calibri"/>
                <w:color w:val="000000"/>
                <w:sz w:val="22"/>
                <w:lang w:val="es-MX" w:eastAsia="es-MX"/>
              </w:rPr>
              <w:t> </w:t>
            </w:r>
          </w:p>
        </w:tc>
      </w:tr>
    </w:tbl>
    <w:p w14:paraId="109252E6" w14:textId="10973EF0" w:rsidR="00D62B24" w:rsidRPr="0064453C" w:rsidRDefault="0064453C">
      <w:pPr>
        <w:rPr>
          <w:rFonts w:ascii="Times New Roman" w:hAnsi="Times New Roman" w:cs="Times New Roman"/>
          <w:b/>
          <w:bCs/>
          <w:sz w:val="28"/>
          <w:szCs w:val="28"/>
          <w:u w:val="single"/>
        </w:rPr>
      </w:pPr>
      <w:r w:rsidRPr="0064453C">
        <w:rPr>
          <w:rFonts w:ascii="Times New Roman" w:hAnsi="Times New Roman" w:cs="Times New Roman"/>
          <w:b/>
          <w:bCs/>
          <w:sz w:val="28"/>
          <w:szCs w:val="28"/>
          <w:highlight w:val="yellow"/>
          <w:u w:val="single"/>
        </w:rPr>
        <w:t>NOTA: Una vez realizado el anteproyecto eliminar lo señalado en Amarillo, asi como esta nota.</w:t>
      </w:r>
    </w:p>
    <w:sectPr w:rsidR="00D62B24" w:rsidRPr="0064453C" w:rsidSect="00034616">
      <w:headerReference w:type="default" r:id="rId8"/>
      <w:footerReference w:type="default" r:id="rId9"/>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9629C" w14:textId="77777777" w:rsidR="003E7ACE" w:rsidRDefault="0052009C">
      <w:pPr>
        <w:spacing w:after="0" w:line="240" w:lineRule="auto"/>
        <w:rPr>
          <w:rFonts w:hint="eastAsia"/>
        </w:rPr>
      </w:pPr>
      <w:r>
        <w:separator/>
      </w:r>
    </w:p>
  </w:endnote>
  <w:endnote w:type="continuationSeparator" w:id="0">
    <w:p w14:paraId="4D77A2B7" w14:textId="77777777" w:rsidR="003E7ACE" w:rsidRDefault="0052009C">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71048" w14:textId="77777777" w:rsidR="00D62B24" w:rsidRDefault="0052009C">
    <w:pPr>
      <w:pStyle w:val="Piedepgina"/>
      <w:jc w:val="center"/>
      <w:rPr>
        <w:rFonts w:hint="eastAsia"/>
      </w:rPr>
    </w:pPr>
    <w:r>
      <w:rPr>
        <w:sz w:val="16"/>
      </w:rPr>
      <w:t xml:space="preserve">Anteproyecto de Servicio Social  •  Página </w:t>
    </w:r>
    <w:r>
      <w:fldChar w:fldCharType="begin"/>
    </w:r>
    <w:r>
      <w:instrText>PAGE</w:instrText>
    </w:r>
    <w:r>
      <w:fldChar w:fldCharType="separate"/>
    </w:r>
    <w:r w:rsidR="00A45BA9">
      <w:rPr>
        <w:rFonts w:hint="eastAsia"/>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30AD5" w14:textId="77777777" w:rsidR="003E7ACE" w:rsidRDefault="0052009C">
      <w:pPr>
        <w:spacing w:after="0" w:line="240" w:lineRule="auto"/>
        <w:rPr>
          <w:rFonts w:hint="eastAsia"/>
        </w:rPr>
      </w:pPr>
      <w:r>
        <w:separator/>
      </w:r>
    </w:p>
  </w:footnote>
  <w:footnote w:type="continuationSeparator" w:id="0">
    <w:p w14:paraId="56903656" w14:textId="77777777" w:rsidR="003E7ACE" w:rsidRDefault="0052009C">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7423D" w14:textId="77777777" w:rsidR="00D62B24" w:rsidRDefault="0052009C">
    <w:pPr>
      <w:pStyle w:val="Encabezado"/>
      <w:jc w:val="center"/>
      <w:rPr>
        <w:rFonts w:hint="eastAsia"/>
      </w:rPr>
    </w:pPr>
    <w:r>
      <w:rPr>
        <w:b/>
        <w:sz w:val="16"/>
      </w:rPr>
      <w:t>UNIVERSIDAD DE ORIENTE | VINCULACIÓN Y EXTENSIÓN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05569"/>
    <w:rsid w:val="00227FFE"/>
    <w:rsid w:val="0029639D"/>
    <w:rsid w:val="003262E2"/>
    <w:rsid w:val="00326F90"/>
    <w:rsid w:val="003E7ACE"/>
    <w:rsid w:val="0052009C"/>
    <w:rsid w:val="0052593C"/>
    <w:rsid w:val="00594A95"/>
    <w:rsid w:val="005C735C"/>
    <w:rsid w:val="0064453C"/>
    <w:rsid w:val="00755A1D"/>
    <w:rsid w:val="007A7F82"/>
    <w:rsid w:val="00807145"/>
    <w:rsid w:val="00921FE1"/>
    <w:rsid w:val="009B4D7D"/>
    <w:rsid w:val="00A27083"/>
    <w:rsid w:val="00A30249"/>
    <w:rsid w:val="00A45BA9"/>
    <w:rsid w:val="00AA1D8D"/>
    <w:rsid w:val="00B47730"/>
    <w:rsid w:val="00B74BE0"/>
    <w:rsid w:val="00B77E90"/>
    <w:rsid w:val="00BB5F7E"/>
    <w:rsid w:val="00CB0664"/>
    <w:rsid w:val="00D0061E"/>
    <w:rsid w:val="00D62B2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DCB92A"/>
  <w14:defaultImageDpi w14:val="300"/>
  <w15:docId w15:val="{86C801F2-1EA6-4E2A-AF36-C49EDE5A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0"/>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Textoennegrita">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62878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592</Words>
  <Characters>3262</Characters>
  <Application>Microsoft Office Word</Application>
  <DocSecurity>0</DocSecurity>
  <Lines>27</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3847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DIR-INST02</cp:lastModifiedBy>
  <cp:revision>9</cp:revision>
  <dcterms:created xsi:type="dcterms:W3CDTF">2013-12-23T23:15:00Z</dcterms:created>
  <dcterms:modified xsi:type="dcterms:W3CDTF">2026-09-21T18:02:00Z</dcterms:modified>
  <cp:category/>
</cp:coreProperties>
</file>